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421CA" w14:textId="55554485" w:rsidR="00CB10D7" w:rsidRPr="006A062D" w:rsidRDefault="006A062D">
      <w:pPr>
        <w:pStyle w:val="aa"/>
        <w:keepNext/>
        <w:keepLines/>
        <w:rPr>
          <w:lang w:val="ru-RU"/>
        </w:rPr>
      </w:pPr>
      <w:r w:rsidRPr="006A062D">
        <w:rPr>
          <w:rFonts w:ascii="Arial" w:hAnsi="Arial"/>
          <w:sz w:val="21"/>
          <w:lang w:val="ru-RU"/>
        </w:rPr>
        <w:t xml:space="preserve">Соглашение об использовании платформы </w:t>
      </w:r>
    </w:p>
    <w:p w14:paraId="4E6138EB" w14:textId="77777777" w:rsidR="00CB10D7" w:rsidRPr="00446C92" w:rsidRDefault="006A062D">
      <w:pPr>
        <w:spacing w:after="200"/>
        <w:ind w:firstLine="0"/>
        <w:jc w:val="center"/>
        <w:rPr>
          <w:lang w:val="ru-RU"/>
        </w:rPr>
      </w:pPr>
      <w:r w:rsidRPr="006A062D">
        <w:rPr>
          <w:lang w:val="ru-RU"/>
        </w:rPr>
        <w:t xml:space="preserve">Редакция от </w:t>
      </w:r>
      <w:r w:rsidRPr="006A062D">
        <w:rPr>
          <w:shd w:val="clear" w:color="auto" w:fill="FFF2CC"/>
          <w:lang w:val="ru-RU"/>
        </w:rPr>
        <w:t>[указать дату]</w:t>
      </w:r>
    </w:p>
    <w:p w14:paraId="02D176DA" w14:textId="77777777" w:rsidR="00CB10D7" w:rsidRPr="00446C92" w:rsidRDefault="006A062D">
      <w:pPr>
        <w:keepLines/>
        <w:rPr>
          <w:lang w:val="ru-RU"/>
        </w:rPr>
      </w:pPr>
      <w:r w:rsidRPr="006A062D">
        <w:rPr>
          <w:lang w:val="ru-RU"/>
        </w:rPr>
        <w:t xml:space="preserve">Общество с ограниченной ответственностью «Хэдс» — ООО «Хэдс», ОГРН </w:t>
      </w:r>
      <w:r w:rsidRPr="006A062D">
        <w:rPr>
          <w:shd w:val="clear" w:color="auto" w:fill="FFF2CC"/>
          <w:lang w:val="ru-RU"/>
        </w:rPr>
        <w:t>[указать]</w:t>
      </w:r>
      <w:r w:rsidRPr="006A062D">
        <w:rPr>
          <w:lang w:val="ru-RU"/>
        </w:rPr>
        <w:t xml:space="preserve">, ИНН </w:t>
      </w:r>
      <w:r w:rsidRPr="006A062D">
        <w:rPr>
          <w:shd w:val="clear" w:color="auto" w:fill="FFF2CC"/>
          <w:lang w:val="ru-RU"/>
        </w:rPr>
        <w:t>[указать]</w:t>
      </w:r>
      <w:r w:rsidRPr="006A062D">
        <w:rPr>
          <w:lang w:val="ru-RU"/>
        </w:rPr>
        <w:t xml:space="preserve">, адрес: </w:t>
      </w:r>
      <w:r w:rsidRPr="006A062D">
        <w:rPr>
          <w:shd w:val="clear" w:color="auto" w:fill="FFF2CC"/>
          <w:lang w:val="ru-RU"/>
        </w:rPr>
        <w:t>[указать]</w:t>
      </w:r>
      <w:r w:rsidRPr="006A062D">
        <w:rPr>
          <w:lang w:val="ru-RU"/>
        </w:rPr>
        <w:t>, являющееся владельцем платформы Хэдс, предлагает дееспособным физическим лицам, достигшим возраста 18 лет, использовать Платформу на условиях настоящего Соглашения.</w:t>
      </w:r>
    </w:p>
    <w:p w14:paraId="38C936C1" w14:textId="77777777" w:rsidR="00CB10D7" w:rsidRPr="00446C92" w:rsidRDefault="006A062D">
      <w:pPr>
        <w:keepLines/>
        <w:rPr>
          <w:lang w:val="ru-RU"/>
        </w:rPr>
      </w:pPr>
      <w:r w:rsidRPr="00446C92">
        <w:rPr>
          <w:lang w:val="ru-RU"/>
        </w:rPr>
        <w:t>Соглашение определяет порядок регистрации и использования Платформы, правила создания Профиля, направления Откликов, общения с Работодателями, участия в Мероприятиях и размещения Проектов.</w:t>
      </w:r>
    </w:p>
    <w:p w14:paraId="1A464E61" w14:textId="77777777" w:rsidR="00CB10D7" w:rsidRPr="00446C92" w:rsidRDefault="006A062D">
      <w:pPr>
        <w:keepLines/>
        <w:rPr>
          <w:lang w:val="ru-RU"/>
        </w:rPr>
      </w:pPr>
      <w:r w:rsidRPr="00446C92">
        <w:rPr>
          <w:lang w:val="ru-RU"/>
        </w:rPr>
        <w:t>Полным и безоговорочным принятием Соглашения считается завершение регистрации путём нажатия кнопки «Далее», «Зарегистрироваться» или другой кнопки с аналогичным назначением.</w:t>
      </w:r>
    </w:p>
    <w:p w14:paraId="16399590" w14:textId="057CAF69" w:rsidR="00CB10D7" w:rsidRPr="00446C92" w:rsidRDefault="006A062D">
      <w:pPr>
        <w:keepLines/>
        <w:rPr>
          <w:color w:val="CCC0D9" w:themeColor="accent4" w:themeTint="66"/>
          <w:lang w:val="ru-RU"/>
        </w:rPr>
      </w:pPr>
      <w:r w:rsidRPr="006A062D">
        <w:rPr>
          <w:lang w:val="ru-RU"/>
        </w:rPr>
        <w:t xml:space="preserve">Нажимая соответствующую кнопку, Пользователь подтверждает, что ознакомился с Соглашением, принимает его условия и ознакомился с </w:t>
      </w:r>
      <w:hyperlink r:id="rId8">
        <w:r w:rsidR="00CB10D7" w:rsidRPr="006A062D">
          <w:rPr>
            <w:rFonts w:eastAsia="Arial" w:cs="Arial"/>
            <w:color w:val="7C3AED"/>
            <w:szCs w:val="21"/>
            <w:u w:val="single"/>
            <w:lang w:val="ru-RU"/>
          </w:rPr>
          <w:t>Политикой конфиденциальности и обработки персональных данных</w:t>
        </w:r>
      </w:hyperlink>
      <w:r w:rsidRPr="006A062D">
        <w:rPr>
          <w:lang w:val="ru-RU"/>
        </w:rPr>
        <w:t>.</w:t>
      </w:r>
    </w:p>
    <w:p w14:paraId="3A2B833D" w14:textId="77777777" w:rsidR="00CB10D7" w:rsidRPr="00446C92" w:rsidRDefault="006A062D">
      <w:pPr>
        <w:keepLines/>
        <w:rPr>
          <w:lang w:val="ru-RU"/>
        </w:rPr>
      </w:pPr>
      <w:r w:rsidRPr="00446C92">
        <w:rPr>
          <w:lang w:val="ru-RU"/>
        </w:rPr>
        <w:t>Если Пользователь не согласен с условиями Соглашения, он не должен завершать регистрацию и использовать Платформу.</w:t>
      </w:r>
    </w:p>
    <w:p w14:paraId="32569167" w14:textId="77777777" w:rsidR="00CB10D7" w:rsidRPr="00446C92" w:rsidRDefault="006A062D">
      <w:pPr>
        <w:pStyle w:val="1"/>
        <w:jc w:val="left"/>
        <w:rPr>
          <w:lang w:val="ru-RU"/>
        </w:rPr>
      </w:pPr>
      <w:r w:rsidRPr="00446C92">
        <w:rPr>
          <w:rFonts w:ascii="Arial" w:eastAsia="Times New Roman" w:hAnsi="Arial"/>
          <w:b w:val="0"/>
          <w:lang w:val="ru-RU"/>
        </w:rPr>
        <w:t>1. Общие положения и термины</w:t>
      </w:r>
    </w:p>
    <w:p w14:paraId="3E14F8E1" w14:textId="77777777" w:rsidR="00CB10D7" w:rsidRPr="00446C92" w:rsidRDefault="006A062D">
      <w:pPr>
        <w:keepLines/>
        <w:rPr>
          <w:lang w:val="ru-RU"/>
        </w:rPr>
      </w:pPr>
      <w:r w:rsidRPr="00446C92">
        <w:rPr>
          <w:lang w:val="ru-RU"/>
        </w:rPr>
        <w:t>1.1. Настоящее Соглашение регулирует отношения между ООО «Хэдс» и Пользователем, возникающие при регистрации и использовании Платформы.</w:t>
      </w:r>
    </w:p>
    <w:p w14:paraId="459CAF1F" w14:textId="77777777" w:rsidR="00CB10D7" w:rsidRPr="00446C92" w:rsidRDefault="006A062D">
      <w:pPr>
        <w:keepLines/>
        <w:rPr>
          <w:lang w:val="ru-RU"/>
        </w:rPr>
      </w:pPr>
      <w:r w:rsidRPr="00446C92">
        <w:rPr>
          <w:lang w:val="ru-RU"/>
        </w:rPr>
        <w:t>1.2. Пользователем может стать дееспособное физическое лицо, достигшее возраста 18 лет.</w:t>
      </w:r>
    </w:p>
    <w:p w14:paraId="26F71ADF" w14:textId="77777777" w:rsidR="00CB10D7" w:rsidRPr="00446C92" w:rsidRDefault="006A062D">
      <w:pPr>
        <w:keepLines/>
        <w:rPr>
          <w:lang w:val="ru-RU"/>
        </w:rPr>
      </w:pPr>
      <w:r w:rsidRPr="00446C92">
        <w:rPr>
          <w:lang w:val="ru-RU"/>
        </w:rPr>
        <w:t>1.3. Использование Платформы Пользователем осуществляется бесплатно.</w:t>
      </w:r>
    </w:p>
    <w:p w14:paraId="70CE91FC" w14:textId="77777777" w:rsidR="00CB10D7" w:rsidRPr="00446C92" w:rsidRDefault="006A062D">
      <w:pPr>
        <w:keepLines/>
        <w:rPr>
          <w:lang w:val="ru-RU"/>
        </w:rPr>
      </w:pPr>
      <w:r w:rsidRPr="00446C92">
        <w:rPr>
          <w:lang w:val="ru-RU"/>
        </w:rPr>
        <w:t>1.4. Для целей Соглашения используются следующие термины:</w:t>
      </w:r>
    </w:p>
    <w:p w14:paraId="3FC35A7F" w14:textId="77777777" w:rsidR="00CB10D7" w:rsidRPr="00446C92" w:rsidRDefault="006A062D">
      <w:pPr>
        <w:keepLines/>
        <w:ind w:left="173" w:firstLine="0"/>
        <w:rPr>
          <w:lang w:val="ru-RU"/>
        </w:rPr>
      </w:pPr>
      <w:r w:rsidRPr="006A062D">
        <w:rPr>
          <w:lang w:val="ru-RU"/>
        </w:rPr>
        <w:t>Платформа — сайт, программное обеспечение и информационная система Хэдс, с помощью которых Пользователь получает доступ к функциям сервиса.</w:t>
      </w:r>
    </w:p>
    <w:p w14:paraId="44738DD5" w14:textId="77777777" w:rsidR="00CB10D7" w:rsidRPr="00446C92" w:rsidRDefault="006A062D">
      <w:pPr>
        <w:keepLines/>
        <w:ind w:left="173" w:firstLine="0"/>
        <w:rPr>
          <w:lang w:val="ru-RU"/>
        </w:rPr>
      </w:pPr>
      <w:r w:rsidRPr="00446C92">
        <w:rPr>
          <w:b/>
          <w:lang w:val="ru-RU"/>
        </w:rPr>
        <w:t>Пользователь</w:t>
      </w:r>
      <w:r w:rsidRPr="00446C92">
        <w:rPr>
          <w:lang w:val="ru-RU"/>
        </w:rPr>
        <w:t xml:space="preserve"> — зарегистрированное на Платформе физическое лицо, использующее её для поиска работы, стажировки, участия в Мероприятиях, размещения Проектов и профессионального взаимодействия с Работодателями.</w:t>
      </w:r>
    </w:p>
    <w:p w14:paraId="2014FA19" w14:textId="77777777" w:rsidR="00CB10D7" w:rsidRPr="00446C92" w:rsidRDefault="006A062D">
      <w:pPr>
        <w:keepLines/>
        <w:ind w:left="173" w:firstLine="0"/>
        <w:rPr>
          <w:lang w:val="ru-RU"/>
        </w:rPr>
      </w:pPr>
      <w:r w:rsidRPr="00446C92">
        <w:rPr>
          <w:b/>
          <w:lang w:val="ru-RU"/>
        </w:rPr>
        <w:t>Аккаунт</w:t>
      </w:r>
      <w:r w:rsidRPr="00446C92">
        <w:rPr>
          <w:lang w:val="ru-RU"/>
        </w:rPr>
        <w:t xml:space="preserve"> — учётная запись Пользователя, доступ к которой осуществляется с использованием его данных авторизации.</w:t>
      </w:r>
    </w:p>
    <w:p w14:paraId="5FCB6320" w14:textId="77777777" w:rsidR="00CB10D7" w:rsidRPr="00446C92" w:rsidRDefault="006A062D">
      <w:pPr>
        <w:keepLines/>
        <w:ind w:left="173" w:firstLine="0"/>
        <w:rPr>
          <w:lang w:val="ru-RU"/>
        </w:rPr>
      </w:pPr>
      <w:r w:rsidRPr="00446C92">
        <w:rPr>
          <w:b/>
          <w:lang w:val="ru-RU"/>
        </w:rPr>
        <w:t>Профиль</w:t>
      </w:r>
      <w:r w:rsidRPr="00446C92">
        <w:rPr>
          <w:lang w:val="ru-RU"/>
        </w:rPr>
        <w:t xml:space="preserve"> — совокупность сведений о Пользователе, которые он самостоятельно указывает на Платформе, включая сведения об образовании, опыте, навыках, профессиональных интересах, Проектах и контактах.</w:t>
      </w:r>
    </w:p>
    <w:p w14:paraId="18A6BEDC" w14:textId="77777777" w:rsidR="00CB10D7" w:rsidRPr="00446C92" w:rsidRDefault="006A062D">
      <w:pPr>
        <w:keepLines/>
        <w:ind w:left="173" w:firstLine="0"/>
        <w:rPr>
          <w:lang w:val="ru-RU"/>
        </w:rPr>
      </w:pPr>
      <w:r w:rsidRPr="00446C92">
        <w:rPr>
          <w:b/>
          <w:lang w:val="ru-RU"/>
        </w:rPr>
        <w:t>Работодатель</w:t>
      </w:r>
      <w:r w:rsidRPr="00446C92">
        <w:rPr>
          <w:lang w:val="ru-RU"/>
        </w:rPr>
        <w:t xml:space="preserve"> — юридическое лицо или индивидуальный предприниматель, использующие Платформу для размещения вакансий, стажировок, поиска кандидатов и взаимодействия с Пользователями.</w:t>
      </w:r>
    </w:p>
    <w:p w14:paraId="4FF4B78B" w14:textId="77777777" w:rsidR="00CB10D7" w:rsidRPr="00446C92" w:rsidRDefault="006A062D">
      <w:pPr>
        <w:keepLines/>
        <w:ind w:left="173" w:firstLine="0"/>
        <w:rPr>
          <w:lang w:val="ru-RU"/>
        </w:rPr>
      </w:pPr>
      <w:r w:rsidRPr="00446C92">
        <w:rPr>
          <w:b/>
          <w:lang w:val="ru-RU"/>
        </w:rPr>
        <w:t>Представитель Работодателя</w:t>
      </w:r>
      <w:r w:rsidRPr="00446C92">
        <w:rPr>
          <w:lang w:val="ru-RU"/>
        </w:rPr>
        <w:t xml:space="preserve"> — физическое лицо, которому Работодатель предоставил доступ к своему кабинету на Платформе.</w:t>
      </w:r>
    </w:p>
    <w:p w14:paraId="7A321D1E" w14:textId="77777777" w:rsidR="00CB10D7" w:rsidRPr="00446C92" w:rsidRDefault="006A062D">
      <w:pPr>
        <w:keepLines/>
        <w:ind w:left="173" w:firstLine="0"/>
        <w:rPr>
          <w:lang w:val="ru-RU"/>
        </w:rPr>
      </w:pPr>
      <w:r w:rsidRPr="00446C92">
        <w:rPr>
          <w:b/>
          <w:lang w:val="ru-RU"/>
        </w:rPr>
        <w:t>Отклик</w:t>
      </w:r>
      <w:r w:rsidRPr="00446C92">
        <w:rPr>
          <w:lang w:val="ru-RU"/>
        </w:rPr>
        <w:t xml:space="preserve"> — действие Пользователя, посредством которого он сообщает Работодателю о заинтересованности в вакансии, стажировке или иной профессиональной возможности.</w:t>
      </w:r>
    </w:p>
    <w:p w14:paraId="6F940EFE" w14:textId="77777777" w:rsidR="00CB10D7" w:rsidRPr="00446C92" w:rsidRDefault="006A062D">
      <w:pPr>
        <w:keepLines/>
        <w:ind w:left="173" w:firstLine="0"/>
        <w:rPr>
          <w:lang w:val="ru-RU"/>
        </w:rPr>
      </w:pPr>
      <w:r w:rsidRPr="00446C92">
        <w:rPr>
          <w:b/>
          <w:lang w:val="ru-RU"/>
        </w:rPr>
        <w:t>Проект</w:t>
      </w:r>
      <w:r w:rsidRPr="00446C92">
        <w:rPr>
          <w:lang w:val="ru-RU"/>
        </w:rPr>
        <w:t xml:space="preserve"> — размещённая Пользователем информация о выполненной работе, исследовании, продукте, инициативе или ином результате его деятельности.</w:t>
      </w:r>
    </w:p>
    <w:p w14:paraId="1E10134C" w14:textId="77777777" w:rsidR="00CB10D7" w:rsidRPr="00446C92" w:rsidRDefault="006A062D">
      <w:pPr>
        <w:keepLines/>
        <w:ind w:left="173" w:firstLine="0"/>
        <w:rPr>
          <w:lang w:val="ru-RU"/>
        </w:rPr>
      </w:pPr>
      <w:r w:rsidRPr="00446C92">
        <w:rPr>
          <w:b/>
          <w:lang w:val="ru-RU"/>
        </w:rPr>
        <w:t>Мероприятие</w:t>
      </w:r>
      <w:r w:rsidRPr="00446C92">
        <w:rPr>
          <w:lang w:val="ru-RU"/>
        </w:rPr>
        <w:t xml:space="preserve"> — размещённое на Платформе событие, для участия в котором Пользователю может быть доступна регистрация.</w:t>
      </w:r>
    </w:p>
    <w:p w14:paraId="69C1092C" w14:textId="77777777" w:rsidR="00CB10D7" w:rsidRPr="00446C92" w:rsidRDefault="006A062D">
      <w:pPr>
        <w:keepLines/>
        <w:rPr>
          <w:lang w:val="ru-RU"/>
        </w:rPr>
      </w:pPr>
      <w:r w:rsidRPr="00446C92">
        <w:rPr>
          <w:lang w:val="ru-RU"/>
        </w:rPr>
        <w:t>1.5. Термины, не определённые в Соглашении, толкуются исходя из интерфейса и назначения соответствующей функции Платформы, а при невозможности такого толкования — в соответствии с законодательством Российской Федерации.</w:t>
      </w:r>
    </w:p>
    <w:p w14:paraId="2D89D086" w14:textId="77777777" w:rsidR="00CB10D7" w:rsidRPr="00446C92" w:rsidRDefault="006A062D">
      <w:pPr>
        <w:pStyle w:val="1"/>
        <w:jc w:val="left"/>
        <w:rPr>
          <w:lang w:val="ru-RU"/>
        </w:rPr>
      </w:pPr>
      <w:r w:rsidRPr="00446C92">
        <w:rPr>
          <w:rFonts w:ascii="Arial" w:eastAsia="Times New Roman" w:hAnsi="Arial"/>
          <w:b w:val="0"/>
          <w:lang w:val="ru-RU"/>
        </w:rPr>
        <w:lastRenderedPageBreak/>
        <w:t>2. Функции Платформы</w:t>
      </w:r>
    </w:p>
    <w:p w14:paraId="1B1181F8" w14:textId="77777777" w:rsidR="00CB10D7" w:rsidRPr="00446C92" w:rsidRDefault="006A062D">
      <w:pPr>
        <w:keepNext/>
        <w:keepLines/>
        <w:rPr>
          <w:lang w:val="ru-RU"/>
        </w:rPr>
      </w:pPr>
      <w:r w:rsidRPr="00446C92">
        <w:rPr>
          <w:lang w:val="ru-RU"/>
        </w:rPr>
        <w:t>2.1. Платформа предоставляет Пользователю техническую возможность:</w:t>
      </w:r>
    </w:p>
    <w:p w14:paraId="09B3C00B" w14:textId="77777777" w:rsidR="00CB10D7" w:rsidRPr="00446C92" w:rsidRDefault="006A062D">
      <w:pPr>
        <w:keepLines/>
        <w:spacing w:after="40"/>
        <w:ind w:left="312" w:hanging="170"/>
        <w:rPr>
          <w:lang w:val="ru-RU"/>
        </w:rPr>
      </w:pPr>
      <w:r w:rsidRPr="00446C92">
        <w:rPr>
          <w:lang w:val="ru-RU"/>
        </w:rPr>
        <w:t>• создавать и заполнять Профиль;</w:t>
      </w:r>
    </w:p>
    <w:p w14:paraId="4FDB1B45" w14:textId="77777777" w:rsidR="00CB10D7" w:rsidRPr="00446C92" w:rsidRDefault="006A062D">
      <w:pPr>
        <w:keepLines/>
        <w:spacing w:after="40"/>
        <w:ind w:left="312" w:hanging="170"/>
        <w:rPr>
          <w:lang w:val="ru-RU"/>
        </w:rPr>
      </w:pPr>
      <w:r w:rsidRPr="00446C92">
        <w:rPr>
          <w:lang w:val="ru-RU"/>
        </w:rPr>
        <w:t>• выбирать режим видимости Профиля;</w:t>
      </w:r>
    </w:p>
    <w:p w14:paraId="23B20587" w14:textId="77777777" w:rsidR="00CB10D7" w:rsidRPr="00446C92" w:rsidRDefault="006A062D">
      <w:pPr>
        <w:keepLines/>
        <w:spacing w:after="40"/>
        <w:ind w:left="312" w:hanging="170"/>
        <w:rPr>
          <w:lang w:val="ru-RU"/>
        </w:rPr>
      </w:pPr>
      <w:r w:rsidRPr="00446C92">
        <w:rPr>
          <w:lang w:val="ru-RU"/>
        </w:rPr>
        <w:t>• искать и просматривать вакансии и стажировки;</w:t>
      </w:r>
    </w:p>
    <w:p w14:paraId="7F8ACF40" w14:textId="77777777" w:rsidR="00CB10D7" w:rsidRPr="00446C92" w:rsidRDefault="006A062D">
      <w:pPr>
        <w:keepLines/>
        <w:spacing w:after="40"/>
        <w:ind w:left="312" w:hanging="170"/>
        <w:rPr>
          <w:lang w:val="ru-RU"/>
        </w:rPr>
      </w:pPr>
      <w:r w:rsidRPr="00446C92">
        <w:rPr>
          <w:lang w:val="ru-RU"/>
        </w:rPr>
        <w:t>• направлять и отзывать Отклики;</w:t>
      </w:r>
    </w:p>
    <w:p w14:paraId="0B3DC7D5" w14:textId="77777777" w:rsidR="00CB10D7" w:rsidRPr="00446C92" w:rsidRDefault="006A062D">
      <w:pPr>
        <w:keepLines/>
        <w:spacing w:after="40"/>
        <w:ind w:left="312" w:hanging="170"/>
        <w:rPr>
          <w:lang w:val="ru-RU"/>
        </w:rPr>
      </w:pPr>
      <w:r w:rsidRPr="00446C92">
        <w:rPr>
          <w:lang w:val="ru-RU"/>
        </w:rPr>
        <w:t>• получать приглашения и сообщения от Работодателей;</w:t>
      </w:r>
    </w:p>
    <w:p w14:paraId="5C27FA56" w14:textId="77777777" w:rsidR="00CB10D7" w:rsidRPr="00446C92" w:rsidRDefault="006A062D">
      <w:pPr>
        <w:keepLines/>
        <w:spacing w:after="40"/>
        <w:ind w:left="312" w:hanging="170"/>
        <w:rPr>
          <w:lang w:val="ru-RU"/>
        </w:rPr>
      </w:pPr>
      <w:r w:rsidRPr="00446C92">
        <w:rPr>
          <w:lang w:val="ru-RU"/>
        </w:rPr>
        <w:t>• общаться с Представителями Работодателей;</w:t>
      </w:r>
    </w:p>
    <w:p w14:paraId="04BBABC8" w14:textId="77777777" w:rsidR="00CB10D7" w:rsidRPr="00446C92" w:rsidRDefault="006A062D">
      <w:pPr>
        <w:keepLines/>
        <w:spacing w:after="40"/>
        <w:ind w:left="312" w:hanging="170"/>
        <w:rPr>
          <w:lang w:val="ru-RU"/>
        </w:rPr>
      </w:pPr>
      <w:r w:rsidRPr="00446C92">
        <w:rPr>
          <w:lang w:val="ru-RU"/>
        </w:rPr>
        <w:t>• добавлять Проекты в Профиль и публиковать их в каталоге проектов;</w:t>
      </w:r>
    </w:p>
    <w:p w14:paraId="2EB9D8C5" w14:textId="77777777" w:rsidR="00CB10D7" w:rsidRPr="00446C92" w:rsidRDefault="006A062D">
      <w:pPr>
        <w:keepLines/>
        <w:spacing w:after="40"/>
        <w:ind w:left="312" w:hanging="170"/>
        <w:rPr>
          <w:lang w:val="ru-RU"/>
        </w:rPr>
      </w:pPr>
      <w:r w:rsidRPr="00446C92">
        <w:rPr>
          <w:lang w:val="ru-RU"/>
        </w:rPr>
        <w:t>• просматривать, сохранять и передавать ссылки на опубликованные Проекты;</w:t>
      </w:r>
    </w:p>
    <w:p w14:paraId="2ABDD17D" w14:textId="77777777" w:rsidR="00CB10D7" w:rsidRPr="00446C92" w:rsidRDefault="006A062D">
      <w:pPr>
        <w:keepLines/>
        <w:spacing w:after="40"/>
        <w:ind w:left="312" w:hanging="170"/>
        <w:rPr>
          <w:lang w:val="ru-RU"/>
        </w:rPr>
      </w:pPr>
      <w:r w:rsidRPr="00446C92">
        <w:rPr>
          <w:lang w:val="ru-RU"/>
        </w:rPr>
        <w:t>• просматривать Мероприятия и регистрироваться на них;</w:t>
      </w:r>
    </w:p>
    <w:p w14:paraId="4F1A6CAB" w14:textId="77777777" w:rsidR="00CB10D7" w:rsidRPr="00446C92" w:rsidRDefault="006A062D">
      <w:pPr>
        <w:keepLines/>
        <w:spacing w:after="40"/>
        <w:ind w:left="312" w:hanging="170"/>
        <w:rPr>
          <w:lang w:val="ru-RU"/>
        </w:rPr>
      </w:pPr>
      <w:r w:rsidRPr="00446C92">
        <w:rPr>
          <w:lang w:val="ru-RU"/>
        </w:rPr>
        <w:t>• получать рекомендации, связанные с вакансиями, стажировками, Работодателями, Проектами и Мероприятиями;</w:t>
      </w:r>
    </w:p>
    <w:p w14:paraId="43C7C82B" w14:textId="77777777" w:rsidR="00CB10D7" w:rsidRPr="00446C92" w:rsidRDefault="006A062D">
      <w:pPr>
        <w:keepLines/>
        <w:spacing w:after="40"/>
        <w:ind w:left="312" w:hanging="170"/>
        <w:rPr>
          <w:lang w:val="ru-RU"/>
        </w:rPr>
      </w:pPr>
      <w:r w:rsidRPr="00446C92">
        <w:rPr>
          <w:lang w:val="ru-RU"/>
        </w:rPr>
        <w:t>• использовать иные функции, доступные в интерфейсе Платформы.</w:t>
      </w:r>
    </w:p>
    <w:p w14:paraId="6256F09C" w14:textId="77777777" w:rsidR="00CB10D7" w:rsidRPr="00446C92" w:rsidRDefault="006A062D">
      <w:pPr>
        <w:keepLines/>
        <w:rPr>
          <w:lang w:val="ru-RU"/>
        </w:rPr>
      </w:pPr>
      <w:r w:rsidRPr="00446C92">
        <w:rPr>
          <w:lang w:val="ru-RU"/>
        </w:rPr>
        <w:t>2.2. Отдельные действия могут выполняться непосредственно на Платформе либо посредством перехода на внешний ресурс.</w:t>
      </w:r>
    </w:p>
    <w:p w14:paraId="3C598C74" w14:textId="77777777" w:rsidR="00CB10D7" w:rsidRPr="00446C92" w:rsidRDefault="006A062D">
      <w:pPr>
        <w:keepLines/>
        <w:rPr>
          <w:lang w:val="ru-RU"/>
        </w:rPr>
      </w:pPr>
      <w:r w:rsidRPr="00446C92">
        <w:rPr>
          <w:lang w:val="ru-RU"/>
        </w:rPr>
        <w:t>2.3. При переходе на внешний ресурс Пользователь самостоятельно знакомится с правилами и документами его владельца. ООО «Хэдс» не управляет таким ресурсом и не отвечает за его доступность, содержание и действия владельца, кроме случаев, когда иное предусмотрено законодательством.</w:t>
      </w:r>
    </w:p>
    <w:p w14:paraId="526E1AAD" w14:textId="77777777" w:rsidR="00CB10D7" w:rsidRPr="00446C92" w:rsidRDefault="006A062D">
      <w:pPr>
        <w:keepLines/>
        <w:rPr>
          <w:lang w:val="ru-RU"/>
        </w:rPr>
      </w:pPr>
      <w:r w:rsidRPr="00446C92">
        <w:rPr>
          <w:lang w:val="ru-RU"/>
        </w:rPr>
        <w:t>2.4. Информация о вакансиях, стажировках, Работодателях и Мероприятиях размещается соответствующими лицами, указанными в интерфейсе Платформы. ООО «Хэдс» вправе проверять и модерировать такую информацию.</w:t>
      </w:r>
    </w:p>
    <w:p w14:paraId="65024533" w14:textId="77777777" w:rsidR="00CB10D7" w:rsidRPr="00446C92" w:rsidRDefault="006A062D">
      <w:pPr>
        <w:keepLines/>
        <w:rPr>
          <w:lang w:val="ru-RU"/>
        </w:rPr>
      </w:pPr>
      <w:r w:rsidRPr="00446C92">
        <w:rPr>
          <w:lang w:val="ru-RU"/>
        </w:rPr>
        <w:t>2.5. Платформа не является стороной трудовых, гражданско-правовых или иных договоров между Пользователем и Работодателем. Решения о продолжении общения, проведении собеседования и заключении договора принимаются Пользователем и Работодателем самостоятельно.</w:t>
      </w:r>
    </w:p>
    <w:p w14:paraId="23259404" w14:textId="77777777" w:rsidR="00CB10D7" w:rsidRPr="00446C92" w:rsidRDefault="006A062D">
      <w:pPr>
        <w:keepLines/>
        <w:rPr>
          <w:lang w:val="ru-RU"/>
        </w:rPr>
      </w:pPr>
      <w:r w:rsidRPr="00446C92">
        <w:rPr>
          <w:lang w:val="ru-RU"/>
        </w:rPr>
        <w:t>2.6. Доступность отдельных функций может зависеть от заполненности Профиля, выбранного режима его видимости, статуса Аккаунта, используемого устройства и технических возможностей Платформы.</w:t>
      </w:r>
    </w:p>
    <w:p w14:paraId="73AC12CD" w14:textId="77777777" w:rsidR="00CB10D7" w:rsidRPr="00446C92" w:rsidRDefault="006A062D">
      <w:pPr>
        <w:keepLines/>
        <w:rPr>
          <w:lang w:val="ru-RU"/>
        </w:rPr>
      </w:pPr>
      <w:r w:rsidRPr="00446C92">
        <w:rPr>
          <w:lang w:val="ru-RU"/>
        </w:rPr>
        <w:t>2.7. ООО «Хэдс» вправе развивать Платформу, добавлять, изменять или прекращать отдельные функции с учётом требований законодательства и настоящего Соглашения.</w:t>
      </w:r>
    </w:p>
    <w:p w14:paraId="2B5A28E7" w14:textId="77777777" w:rsidR="00CB10D7" w:rsidRPr="00446C92" w:rsidRDefault="006A062D">
      <w:pPr>
        <w:pStyle w:val="1"/>
        <w:jc w:val="left"/>
        <w:rPr>
          <w:lang w:val="ru-RU"/>
        </w:rPr>
      </w:pPr>
      <w:r w:rsidRPr="00446C92">
        <w:rPr>
          <w:rFonts w:ascii="Arial" w:eastAsia="Times New Roman" w:hAnsi="Arial"/>
          <w:b w:val="0"/>
          <w:lang w:val="ru-RU"/>
        </w:rPr>
        <w:t>3. Аккаунт, Профиль и Отклики</w:t>
      </w:r>
    </w:p>
    <w:p w14:paraId="3CDFE515" w14:textId="77777777" w:rsidR="00CB10D7" w:rsidRPr="00446C92" w:rsidRDefault="006A062D">
      <w:pPr>
        <w:keepLines/>
        <w:rPr>
          <w:lang w:val="ru-RU"/>
        </w:rPr>
      </w:pPr>
      <w:r w:rsidRPr="00446C92">
        <w:rPr>
          <w:lang w:val="ru-RU"/>
        </w:rPr>
        <w:t>3.1. Для использования основных функций Платформы Пользователь создаёт Аккаунт, указывает достоверные сведения и обеспечивает конфиденциальность пароля.</w:t>
      </w:r>
    </w:p>
    <w:p w14:paraId="7464352F" w14:textId="77777777" w:rsidR="00CB10D7" w:rsidRPr="00446C92" w:rsidRDefault="006A062D">
      <w:pPr>
        <w:keepLines/>
        <w:rPr>
          <w:lang w:val="ru-RU"/>
        </w:rPr>
      </w:pPr>
      <w:r w:rsidRPr="00446C92">
        <w:rPr>
          <w:lang w:val="ru-RU"/>
        </w:rPr>
        <w:t>3.2. Пользователь не вправе передавать Аккаунт другим лицам. При обнаружении неправомерного доступа Пользователь должен изменить пароль и обратиться в службу поддержки.</w:t>
      </w:r>
    </w:p>
    <w:p w14:paraId="4359551E" w14:textId="77777777" w:rsidR="00CB10D7" w:rsidRPr="00446C92" w:rsidRDefault="006A062D">
      <w:pPr>
        <w:keepLines/>
        <w:rPr>
          <w:lang w:val="ru-RU"/>
        </w:rPr>
      </w:pPr>
      <w:r w:rsidRPr="00446C92">
        <w:rPr>
          <w:lang w:val="ru-RU"/>
        </w:rPr>
        <w:t>3.3. Пользователь самостоятельно заполняет и редактирует Профиль и отвечает за достоверность, актуальность и законность размещённых в нём сведений.</w:t>
      </w:r>
    </w:p>
    <w:p w14:paraId="55234247" w14:textId="77777777" w:rsidR="00CB10D7" w:rsidRPr="00446C92" w:rsidRDefault="006A062D">
      <w:pPr>
        <w:keepLines/>
        <w:rPr>
          <w:lang w:val="ru-RU"/>
        </w:rPr>
      </w:pPr>
      <w:r w:rsidRPr="00446C92">
        <w:rPr>
          <w:lang w:val="ru-RU"/>
        </w:rPr>
        <w:t>3.4. Пользователь может выбрать публичный или приватный режим видимости Профиля и изменить его в настройках.</w:t>
      </w:r>
    </w:p>
    <w:p w14:paraId="44B28A97" w14:textId="77777777" w:rsidR="00CB10D7" w:rsidRPr="00446C92" w:rsidRDefault="006A062D">
      <w:pPr>
        <w:keepLines/>
        <w:rPr>
          <w:lang w:val="ru-RU"/>
        </w:rPr>
      </w:pPr>
      <w:r w:rsidRPr="00B36A6D">
        <w:rPr>
          <w:lang w:val="ru-RU"/>
        </w:rPr>
        <w:t>3.5. Публичный Профиль доступен зарегистрированным Работодателям и их Представителям, которым ООО «Хэдс» предоставило доступ к Платформе. Он может отображаться в результатах поиска, рекомендациях и подборках кандидатов. Работодатель вправе написать Пользователю или пригласить его откликнуться на вакансию либо стажировку.</w:t>
      </w:r>
    </w:p>
    <w:p w14:paraId="107B92CF" w14:textId="77777777" w:rsidR="00CB10D7" w:rsidRPr="00446C92" w:rsidRDefault="006A062D">
      <w:pPr>
        <w:keepLines/>
        <w:rPr>
          <w:lang w:val="ru-RU"/>
        </w:rPr>
      </w:pPr>
      <w:r w:rsidRPr="00446C92">
        <w:rPr>
          <w:lang w:val="ru-RU"/>
        </w:rPr>
        <w:t>3.6. Приватный Профиль не отображается в общей базе кандидатов, результатах поиска, рекомендациях и подборках для Работодателей. Работодатель не может найти такой Профиль или связаться с Пользователем, пока Пользователь не направит ему Отклик.</w:t>
      </w:r>
    </w:p>
    <w:p w14:paraId="6FBBBB68" w14:textId="77777777" w:rsidR="00CB10D7" w:rsidRPr="00446C92" w:rsidRDefault="006A062D">
      <w:pPr>
        <w:keepLines/>
        <w:rPr>
          <w:lang w:val="ru-RU"/>
        </w:rPr>
      </w:pPr>
      <w:r w:rsidRPr="00446C92">
        <w:rPr>
          <w:lang w:val="ru-RU"/>
        </w:rPr>
        <w:lastRenderedPageBreak/>
        <w:t>3.7. Направляя Отклик, Пользователь предоставляет соответствующему Работодателю и его уполномоченным представителям доступ к сведениям Профиля, включая контактные данные, независимо от выбранного режима видимости.</w:t>
      </w:r>
    </w:p>
    <w:p w14:paraId="10116511" w14:textId="77777777" w:rsidR="00CB10D7" w:rsidRPr="00446C92" w:rsidRDefault="006A062D">
      <w:pPr>
        <w:keepLines/>
        <w:rPr>
          <w:lang w:val="ru-RU"/>
        </w:rPr>
      </w:pPr>
      <w:r w:rsidRPr="00446C92">
        <w:rPr>
          <w:lang w:val="ru-RU"/>
        </w:rPr>
        <w:t>3.8. Пока Отклик активен, Работодателю доступны актуальные сведения Профиля с учётом внесённых Пользователем изменений.</w:t>
      </w:r>
    </w:p>
    <w:p w14:paraId="065F0064" w14:textId="77777777" w:rsidR="00CB10D7" w:rsidRPr="00446C92" w:rsidRDefault="006A062D">
      <w:pPr>
        <w:keepLines/>
        <w:rPr>
          <w:lang w:val="ru-RU"/>
        </w:rPr>
      </w:pPr>
      <w:r w:rsidRPr="00446C92">
        <w:rPr>
          <w:lang w:val="ru-RU"/>
        </w:rPr>
        <w:t>3.9. Пользователь вправе отозвать Отклик. После этого Отклик получает статус «Отозван». Если Профиль является приватным, доступ Работодателя к нему прекращается, если у Работодателя отсутствует иное основание доступа.</w:t>
      </w:r>
    </w:p>
    <w:p w14:paraId="059EAD2F" w14:textId="77777777" w:rsidR="00CB10D7" w:rsidRPr="00446C92" w:rsidRDefault="006A062D">
      <w:pPr>
        <w:keepLines/>
        <w:rPr>
          <w:lang w:val="ru-RU"/>
        </w:rPr>
      </w:pPr>
      <w:r w:rsidRPr="00446C92">
        <w:rPr>
          <w:lang w:val="ru-RU"/>
        </w:rPr>
        <w:t>3.10. Отзыв Отклика не удаляет автоматически сообщения, историю взаимодействия и сведения, ранее правомерно полученные Работодателем. Такие сведения могут сохраняться в случаях и сроки, предусмотренные законодательством и документами соответствующего Работодателя.</w:t>
      </w:r>
    </w:p>
    <w:p w14:paraId="3366A809" w14:textId="77777777" w:rsidR="00CB10D7" w:rsidRPr="00446C92" w:rsidRDefault="006A062D">
      <w:pPr>
        <w:keepLines/>
        <w:rPr>
          <w:lang w:val="ru-RU"/>
        </w:rPr>
      </w:pPr>
      <w:r w:rsidRPr="00446C92">
        <w:rPr>
          <w:lang w:val="ru-RU"/>
        </w:rPr>
        <w:t>3.11. Общение на Платформе осуществляется между Пользователем и Представителями Работодателей. Пользователи не могут направлять сообщения друг другу.</w:t>
      </w:r>
    </w:p>
    <w:p w14:paraId="04493172" w14:textId="77777777" w:rsidR="00CB10D7" w:rsidRPr="00446C92" w:rsidRDefault="006A062D">
      <w:pPr>
        <w:keepLines/>
        <w:rPr>
          <w:lang w:val="ru-RU"/>
        </w:rPr>
      </w:pPr>
      <w:r w:rsidRPr="00446C92">
        <w:rPr>
          <w:lang w:val="ru-RU"/>
        </w:rPr>
        <w:t>3.12. Если Отклик направляется посредством перехода на внешний ресурс, правила его направления, отзыва и обработки определяются владельцем такого ресурса. Сам переход не подтверждает завершение Отклика.</w:t>
      </w:r>
    </w:p>
    <w:p w14:paraId="06FAA388" w14:textId="77777777" w:rsidR="00CB10D7" w:rsidRPr="00446C92" w:rsidRDefault="006A062D">
      <w:pPr>
        <w:keepLines/>
        <w:rPr>
          <w:lang w:val="ru-RU"/>
        </w:rPr>
      </w:pPr>
      <w:r w:rsidRPr="00446C92">
        <w:rPr>
          <w:lang w:val="ru-RU"/>
        </w:rPr>
        <w:t>3.13. Пользователь может удалить запись о внешнем Отклике из своего списка на Платформе. Такое удаление не означает отзыв Отклика и не удаляет данные, переданные на внешнем ресурсе.</w:t>
      </w:r>
    </w:p>
    <w:p w14:paraId="586045F6" w14:textId="77777777" w:rsidR="00CB10D7" w:rsidRPr="00446C92" w:rsidRDefault="006A062D">
      <w:pPr>
        <w:pStyle w:val="1"/>
        <w:jc w:val="left"/>
        <w:rPr>
          <w:lang w:val="ru-RU"/>
        </w:rPr>
      </w:pPr>
      <w:r w:rsidRPr="00446C92">
        <w:rPr>
          <w:rFonts w:ascii="Arial" w:eastAsia="Times New Roman" w:hAnsi="Arial"/>
          <w:b w:val="0"/>
          <w:lang w:val="ru-RU"/>
        </w:rPr>
        <w:t>4. Проекты и пользовательские материалы</w:t>
      </w:r>
    </w:p>
    <w:p w14:paraId="0068D8FF" w14:textId="77777777" w:rsidR="00CB10D7" w:rsidRPr="00446C92" w:rsidRDefault="006A062D">
      <w:pPr>
        <w:keepLines/>
        <w:rPr>
          <w:lang w:val="ru-RU"/>
        </w:rPr>
      </w:pPr>
      <w:r w:rsidRPr="00446C92">
        <w:rPr>
          <w:lang w:val="ru-RU"/>
        </w:rPr>
        <w:t>4.1. Пользователь может добавить Проект в Профиль либо опубликовать его в каталоге проектов.</w:t>
      </w:r>
    </w:p>
    <w:p w14:paraId="51594DF5" w14:textId="77777777" w:rsidR="00CB10D7" w:rsidRPr="00446C92" w:rsidRDefault="006A062D">
      <w:pPr>
        <w:keepLines/>
        <w:rPr>
          <w:lang w:val="ru-RU"/>
        </w:rPr>
      </w:pPr>
      <w:r w:rsidRPr="00446C92">
        <w:rPr>
          <w:lang w:val="ru-RU"/>
        </w:rPr>
        <w:t>4.2. Если Пользователь добавляет Проект через Профиль и нажимает кнопку «Сохранить», Проект сохраняется в Профиле и не размещается в каталоге. Доступ к нему определяется режимом видимости Профиля и правилами доступа к Профилю.</w:t>
      </w:r>
    </w:p>
    <w:p w14:paraId="6A1086FF" w14:textId="77777777" w:rsidR="00CB10D7" w:rsidRPr="00446C92" w:rsidRDefault="006A062D">
      <w:pPr>
        <w:keepLines/>
        <w:rPr>
          <w:lang w:val="ru-RU"/>
        </w:rPr>
      </w:pPr>
      <w:r w:rsidRPr="00446C92">
        <w:rPr>
          <w:lang w:val="ru-RU"/>
        </w:rPr>
        <w:t>4.3. Если Пользователь добавляет Проект через каталог проектов и нажимает кнопку «Опубликовать», Проект размещается в общем каталоге независимо от режима видимости Профиля.</w:t>
      </w:r>
    </w:p>
    <w:p w14:paraId="1717C872" w14:textId="77777777" w:rsidR="00CB10D7" w:rsidRPr="00446C92" w:rsidRDefault="006A062D">
      <w:pPr>
        <w:keepNext/>
        <w:keepLines/>
        <w:rPr>
          <w:lang w:val="ru-RU"/>
        </w:rPr>
      </w:pPr>
      <w:r w:rsidRPr="00446C92">
        <w:rPr>
          <w:lang w:val="ru-RU"/>
        </w:rPr>
        <w:t>4.4. Вместе с опубликованным Проектом пользователям Платформы могут быть доступны:</w:t>
      </w:r>
    </w:p>
    <w:p w14:paraId="06716ECC" w14:textId="77777777" w:rsidR="00CB10D7" w:rsidRPr="00446C92" w:rsidRDefault="006A062D">
      <w:pPr>
        <w:keepLines/>
        <w:spacing w:after="40"/>
        <w:ind w:left="312" w:hanging="170"/>
        <w:rPr>
          <w:lang w:val="ru-RU"/>
        </w:rPr>
      </w:pPr>
      <w:r w:rsidRPr="00446C92">
        <w:rPr>
          <w:lang w:val="ru-RU"/>
        </w:rPr>
        <w:t>• имя автора;</w:t>
      </w:r>
    </w:p>
    <w:p w14:paraId="48B4301F" w14:textId="77777777" w:rsidR="00CB10D7" w:rsidRPr="00446C92" w:rsidRDefault="006A062D">
      <w:pPr>
        <w:keepLines/>
        <w:spacing w:after="40"/>
        <w:ind w:left="312" w:hanging="170"/>
        <w:rPr>
          <w:lang w:val="ru-RU"/>
        </w:rPr>
      </w:pPr>
      <w:r w:rsidRPr="00446C92">
        <w:rPr>
          <w:lang w:val="ru-RU"/>
        </w:rPr>
        <w:t>• указанное автором учебное заведение;</w:t>
      </w:r>
    </w:p>
    <w:p w14:paraId="43A6EEF3" w14:textId="77777777" w:rsidR="00CB10D7" w:rsidRPr="00446C92" w:rsidRDefault="006A062D">
      <w:pPr>
        <w:keepLines/>
        <w:spacing w:after="40"/>
        <w:ind w:left="312" w:hanging="170"/>
        <w:rPr>
          <w:lang w:val="ru-RU"/>
        </w:rPr>
      </w:pPr>
      <w:r w:rsidRPr="00446C92">
        <w:rPr>
          <w:lang w:val="ru-RU"/>
        </w:rPr>
        <w:t>• название, описание, изображения, файлы и иные материалы Проекта;</w:t>
      </w:r>
    </w:p>
    <w:p w14:paraId="7629CA5F" w14:textId="77777777" w:rsidR="00CB10D7" w:rsidRPr="00446C92" w:rsidRDefault="006A062D">
      <w:pPr>
        <w:keepLines/>
        <w:spacing w:after="40"/>
        <w:ind w:left="312" w:hanging="170"/>
        <w:rPr>
          <w:lang w:val="ru-RU"/>
        </w:rPr>
      </w:pPr>
      <w:r w:rsidRPr="00446C92">
        <w:rPr>
          <w:lang w:val="ru-RU"/>
        </w:rPr>
        <w:t>• указанные автором профессиональные категории и навыки;</w:t>
      </w:r>
    </w:p>
    <w:p w14:paraId="3C45A682" w14:textId="77777777" w:rsidR="00CB10D7" w:rsidRPr="00446C92" w:rsidRDefault="006A062D">
      <w:pPr>
        <w:keepLines/>
        <w:spacing w:after="40"/>
        <w:ind w:left="312" w:hanging="170"/>
        <w:rPr>
          <w:lang w:val="ru-RU"/>
        </w:rPr>
      </w:pPr>
      <w:r w:rsidRPr="00446C92">
        <w:rPr>
          <w:lang w:val="ru-RU"/>
        </w:rPr>
        <w:t>• внешние ссылки, добавленные автором.</w:t>
      </w:r>
    </w:p>
    <w:p w14:paraId="571196C7" w14:textId="77777777" w:rsidR="00CB10D7" w:rsidRPr="00446C92" w:rsidRDefault="006A062D">
      <w:pPr>
        <w:keepLines/>
        <w:rPr>
          <w:lang w:val="ru-RU"/>
        </w:rPr>
      </w:pPr>
      <w:r w:rsidRPr="00446C92">
        <w:rPr>
          <w:lang w:val="ru-RU"/>
        </w:rPr>
        <w:t>4.5. Опубликованный Проект не содержит ссылки на Профиль автора и не предоставляет другим Пользователям возможность написать автору через Платформу.</w:t>
      </w:r>
    </w:p>
    <w:p w14:paraId="58D22A0E" w14:textId="77777777" w:rsidR="00CB10D7" w:rsidRPr="00446C92" w:rsidRDefault="006A062D">
      <w:pPr>
        <w:keepLines/>
        <w:rPr>
          <w:lang w:val="ru-RU"/>
        </w:rPr>
      </w:pPr>
      <w:r w:rsidRPr="00446C92">
        <w:rPr>
          <w:lang w:val="ru-RU"/>
        </w:rPr>
        <w:t>4.6. Публикация Проекта не изменяет режим видимости Профиля и не предоставляет Работодателям дополнительный доступ к сведениям Профиля.</w:t>
      </w:r>
    </w:p>
    <w:p w14:paraId="11A44C28" w14:textId="77777777" w:rsidR="00CB10D7" w:rsidRPr="00446C92" w:rsidRDefault="006A062D">
      <w:pPr>
        <w:keepLines/>
        <w:rPr>
          <w:lang w:val="ru-RU"/>
        </w:rPr>
      </w:pPr>
      <w:r w:rsidRPr="00446C92">
        <w:rPr>
          <w:lang w:val="ru-RU"/>
        </w:rPr>
        <w:t>4.7. Пользователи Платформы могут просматривать опубликованные Проекты, сохранять их в избранное и передавать ссылки на них.</w:t>
      </w:r>
    </w:p>
    <w:p w14:paraId="670A51AD" w14:textId="77777777" w:rsidR="00CB10D7" w:rsidRPr="00446C92" w:rsidRDefault="006A062D">
      <w:pPr>
        <w:keepLines/>
        <w:rPr>
          <w:lang w:val="ru-RU"/>
        </w:rPr>
      </w:pPr>
      <w:r w:rsidRPr="00446C92">
        <w:rPr>
          <w:lang w:val="ru-RU"/>
        </w:rPr>
        <w:t>4.8. Пользователь вправе редактировать или удалить свой Проект. После удаления Проект перестаёт отображаться на Платформе. Отдельные сведения могут временно сохраняться в резервных копиях, журналах безопасности и в иных случаях, предусмотренных законодательством.</w:t>
      </w:r>
    </w:p>
    <w:p w14:paraId="11EC4E11" w14:textId="77777777" w:rsidR="00CB10D7" w:rsidRPr="00446C92" w:rsidRDefault="006A062D">
      <w:pPr>
        <w:keepLines/>
        <w:rPr>
          <w:lang w:val="ru-RU"/>
        </w:rPr>
      </w:pPr>
      <w:r w:rsidRPr="00446C92">
        <w:rPr>
          <w:lang w:val="ru-RU"/>
        </w:rPr>
        <w:t>4.9. Исключительные права на Проект и входящие в него материалы сохраняются за Пользователем или иным правообладателем.</w:t>
      </w:r>
    </w:p>
    <w:p w14:paraId="317B8B16" w14:textId="77777777" w:rsidR="00CB10D7" w:rsidRPr="00446C92" w:rsidRDefault="006A062D">
      <w:pPr>
        <w:keepLines/>
        <w:rPr>
          <w:lang w:val="ru-RU"/>
        </w:rPr>
      </w:pPr>
      <w:r w:rsidRPr="00446C92">
        <w:rPr>
          <w:lang w:val="ru-RU"/>
        </w:rPr>
        <w:lastRenderedPageBreak/>
        <w:t>4.10. Размещая материалы, Пользователь предоставляет ООО «Хэдс» безвозмездное неисключительное право хранить, технически обрабатывать и отображать их в объёме, необходимом для работы выбранной функции Платформы. Такое право действует в течение хранения или размещения соответствующих материалов на Платформе.</w:t>
      </w:r>
    </w:p>
    <w:p w14:paraId="6B93AB93" w14:textId="77777777" w:rsidR="00CB10D7" w:rsidRPr="00446C92" w:rsidRDefault="006A062D">
      <w:pPr>
        <w:keepLines/>
        <w:rPr>
          <w:lang w:val="ru-RU"/>
        </w:rPr>
      </w:pPr>
      <w:r w:rsidRPr="00446C92">
        <w:rPr>
          <w:lang w:val="ru-RU"/>
        </w:rPr>
        <w:t>4.11. Пользователь гарантирует, что обладает правами, необходимыми для размещения Проекта, и что его публикация не нарушает права третьих лиц, условия конфиденциальности, договорные ограничения и требования законодательства.</w:t>
      </w:r>
    </w:p>
    <w:p w14:paraId="1B2A056A" w14:textId="77777777" w:rsidR="00CB10D7" w:rsidRPr="00446C92" w:rsidRDefault="006A062D">
      <w:pPr>
        <w:keepLines/>
        <w:rPr>
          <w:lang w:val="ru-RU"/>
        </w:rPr>
      </w:pPr>
      <w:r w:rsidRPr="00446C92">
        <w:rPr>
          <w:lang w:val="ru-RU"/>
        </w:rPr>
        <w:t>4.12. Пользователь не должен размещать в Проекте персональные данные третьих лиц без законного основания, конфиденциальную информацию, материалы, составляющие коммерческую или иную охраняемую законом тайну, а также информацию, распространение которой запрещено.</w:t>
      </w:r>
    </w:p>
    <w:p w14:paraId="361E7346" w14:textId="77777777" w:rsidR="00CB10D7" w:rsidRPr="00446C92" w:rsidRDefault="006A062D">
      <w:pPr>
        <w:keepLines/>
        <w:rPr>
          <w:lang w:val="ru-RU"/>
        </w:rPr>
      </w:pPr>
      <w:r w:rsidRPr="00446C92">
        <w:rPr>
          <w:lang w:val="ru-RU"/>
        </w:rPr>
        <w:t>4.13. Пользователь самостоятельно отвечает за содержание Проекта и добавленные им внешние ссылки.</w:t>
      </w:r>
    </w:p>
    <w:p w14:paraId="49390E02" w14:textId="77777777" w:rsidR="00CB10D7" w:rsidRPr="00446C92" w:rsidRDefault="006A062D">
      <w:pPr>
        <w:keepLines/>
        <w:rPr>
          <w:lang w:val="ru-RU"/>
        </w:rPr>
      </w:pPr>
      <w:r w:rsidRPr="00446C92">
        <w:rPr>
          <w:lang w:val="ru-RU"/>
        </w:rPr>
        <w:t>4.14. ООО «Хэдс» вправе ограничить доступ к Проекту или удалить его при нарушении Соглашения, законодательства, прав третьих лиц либо при поступлении обоснованной жалобы. Пользователь вправе обратиться в службу поддержки для обжалования такого решения.</w:t>
      </w:r>
    </w:p>
    <w:p w14:paraId="2CDB4ACE" w14:textId="77777777" w:rsidR="00CB10D7" w:rsidRPr="00446C92" w:rsidRDefault="006A062D">
      <w:pPr>
        <w:pStyle w:val="1"/>
        <w:jc w:val="left"/>
        <w:rPr>
          <w:lang w:val="ru-RU"/>
        </w:rPr>
      </w:pPr>
      <w:r w:rsidRPr="00446C92">
        <w:rPr>
          <w:rFonts w:ascii="Arial" w:eastAsia="Times New Roman" w:hAnsi="Arial"/>
          <w:b w:val="0"/>
          <w:lang w:val="ru-RU"/>
        </w:rPr>
        <w:t>5. Права сторон и правила использования Платформы</w:t>
      </w:r>
    </w:p>
    <w:p w14:paraId="73D17FC6" w14:textId="77777777" w:rsidR="00CB10D7" w:rsidRPr="00446C92" w:rsidRDefault="006A062D">
      <w:pPr>
        <w:keepNext/>
        <w:keepLines/>
        <w:rPr>
          <w:lang w:val="ru-RU"/>
        </w:rPr>
      </w:pPr>
      <w:r w:rsidRPr="00446C92">
        <w:rPr>
          <w:lang w:val="ru-RU"/>
        </w:rPr>
        <w:t>5.1. Пользователь вправе:</w:t>
      </w:r>
    </w:p>
    <w:p w14:paraId="471FBEF3" w14:textId="77777777" w:rsidR="00CB10D7" w:rsidRPr="00446C92" w:rsidRDefault="006A062D">
      <w:pPr>
        <w:keepLines/>
        <w:spacing w:after="40"/>
        <w:ind w:left="312" w:hanging="170"/>
        <w:rPr>
          <w:lang w:val="ru-RU"/>
        </w:rPr>
      </w:pPr>
      <w:r w:rsidRPr="00446C92">
        <w:rPr>
          <w:lang w:val="ru-RU"/>
        </w:rPr>
        <w:t>• использовать доступные функции Платформы;</w:t>
      </w:r>
    </w:p>
    <w:p w14:paraId="27ED3909" w14:textId="77777777" w:rsidR="00CB10D7" w:rsidRPr="00446C92" w:rsidRDefault="006A062D">
      <w:pPr>
        <w:keepLines/>
        <w:spacing w:after="40"/>
        <w:ind w:left="312" w:hanging="170"/>
        <w:rPr>
          <w:lang w:val="ru-RU"/>
        </w:rPr>
      </w:pPr>
      <w:r w:rsidRPr="00446C92">
        <w:rPr>
          <w:lang w:val="ru-RU"/>
        </w:rPr>
        <w:t>• самостоятельно изменять сведения и настройки Профиля;</w:t>
      </w:r>
    </w:p>
    <w:p w14:paraId="52B1D00E" w14:textId="77777777" w:rsidR="00CB10D7" w:rsidRPr="00446C92" w:rsidRDefault="006A062D">
      <w:pPr>
        <w:keepLines/>
        <w:spacing w:after="40"/>
        <w:ind w:left="312" w:hanging="170"/>
        <w:rPr>
          <w:lang w:val="ru-RU"/>
        </w:rPr>
      </w:pPr>
      <w:r w:rsidRPr="00446C92">
        <w:rPr>
          <w:lang w:val="ru-RU"/>
        </w:rPr>
        <w:t>• редактировать и удалять размещённые материалы;</w:t>
      </w:r>
    </w:p>
    <w:p w14:paraId="0A87955C" w14:textId="77777777" w:rsidR="00CB10D7" w:rsidRPr="00446C92" w:rsidRDefault="006A062D">
      <w:pPr>
        <w:keepLines/>
        <w:spacing w:after="40"/>
        <w:ind w:left="312" w:hanging="170"/>
        <w:rPr>
          <w:lang w:val="ru-RU"/>
        </w:rPr>
      </w:pPr>
      <w:r w:rsidRPr="00446C92">
        <w:rPr>
          <w:lang w:val="ru-RU"/>
        </w:rPr>
        <w:t>• направлять и отзывать Отклики;</w:t>
      </w:r>
    </w:p>
    <w:p w14:paraId="0E79AFF5" w14:textId="77777777" w:rsidR="00CB10D7" w:rsidRPr="00446C92" w:rsidRDefault="006A062D">
      <w:pPr>
        <w:keepLines/>
        <w:spacing w:after="40"/>
        <w:ind w:left="312" w:hanging="170"/>
        <w:rPr>
          <w:lang w:val="ru-RU"/>
        </w:rPr>
      </w:pPr>
      <w:r w:rsidRPr="00446C92">
        <w:rPr>
          <w:lang w:val="ru-RU"/>
        </w:rPr>
        <w:t>• обращаться в службу поддержки;</w:t>
      </w:r>
    </w:p>
    <w:p w14:paraId="6D60130E" w14:textId="77777777" w:rsidR="00CB10D7" w:rsidRPr="00446C92" w:rsidRDefault="006A062D">
      <w:pPr>
        <w:keepLines/>
        <w:spacing w:after="40"/>
        <w:ind w:left="312" w:hanging="170"/>
        <w:rPr>
          <w:lang w:val="ru-RU"/>
        </w:rPr>
      </w:pPr>
      <w:r w:rsidRPr="00446C92">
        <w:rPr>
          <w:lang w:val="ru-RU"/>
        </w:rPr>
        <w:t>• обжаловать решения о модерации и ограничении доступа;</w:t>
      </w:r>
    </w:p>
    <w:p w14:paraId="19C8041D" w14:textId="77777777" w:rsidR="00CB10D7" w:rsidRPr="00446C92" w:rsidRDefault="006A062D">
      <w:pPr>
        <w:keepLines/>
        <w:spacing w:after="40"/>
        <w:ind w:left="312" w:hanging="170"/>
        <w:rPr>
          <w:lang w:val="ru-RU"/>
        </w:rPr>
      </w:pPr>
      <w:r w:rsidRPr="00446C92">
        <w:rPr>
          <w:lang w:val="ru-RU"/>
        </w:rPr>
        <w:t>• прекратить использование Платформы и удалить Аккаунт.</w:t>
      </w:r>
    </w:p>
    <w:p w14:paraId="295281F6" w14:textId="77777777" w:rsidR="00CB10D7" w:rsidRPr="00446C92" w:rsidRDefault="006A062D">
      <w:pPr>
        <w:keepNext/>
        <w:keepLines/>
        <w:rPr>
          <w:lang w:val="ru-RU"/>
        </w:rPr>
      </w:pPr>
      <w:r w:rsidRPr="00446C92">
        <w:rPr>
          <w:lang w:val="ru-RU"/>
        </w:rPr>
        <w:t>5.2. Пользователь обязан:</w:t>
      </w:r>
    </w:p>
    <w:p w14:paraId="5D508166" w14:textId="77777777" w:rsidR="00CB10D7" w:rsidRPr="00446C92" w:rsidRDefault="006A062D">
      <w:pPr>
        <w:keepLines/>
        <w:spacing w:after="40"/>
        <w:ind w:left="312" w:hanging="170"/>
        <w:rPr>
          <w:lang w:val="ru-RU"/>
        </w:rPr>
      </w:pPr>
      <w:r w:rsidRPr="00446C92">
        <w:rPr>
          <w:lang w:val="ru-RU"/>
        </w:rPr>
        <w:t>• соблюдать Соглашение и законодательство Российской Федерации;</w:t>
      </w:r>
    </w:p>
    <w:p w14:paraId="74810762" w14:textId="77777777" w:rsidR="00CB10D7" w:rsidRPr="00446C92" w:rsidRDefault="006A062D">
      <w:pPr>
        <w:keepLines/>
        <w:spacing w:after="40"/>
        <w:ind w:left="312" w:hanging="170"/>
        <w:rPr>
          <w:lang w:val="ru-RU"/>
        </w:rPr>
      </w:pPr>
      <w:r w:rsidRPr="00446C92">
        <w:rPr>
          <w:lang w:val="ru-RU"/>
        </w:rPr>
        <w:t>• предоставлять достоверные и актуальные сведения;</w:t>
      </w:r>
    </w:p>
    <w:p w14:paraId="150538EF" w14:textId="77777777" w:rsidR="00CB10D7" w:rsidRPr="00446C92" w:rsidRDefault="006A062D">
      <w:pPr>
        <w:keepLines/>
        <w:spacing w:after="40"/>
        <w:ind w:left="312" w:hanging="170"/>
        <w:rPr>
          <w:lang w:val="ru-RU"/>
        </w:rPr>
      </w:pPr>
      <w:r w:rsidRPr="00446C92">
        <w:rPr>
          <w:lang w:val="ru-RU"/>
        </w:rPr>
        <w:t>• уважать права Пользователей, Работодателей и третьих лиц;</w:t>
      </w:r>
    </w:p>
    <w:p w14:paraId="0465E5BF" w14:textId="77777777" w:rsidR="00CB10D7" w:rsidRPr="00446C92" w:rsidRDefault="006A062D">
      <w:pPr>
        <w:keepLines/>
        <w:spacing w:after="40"/>
        <w:ind w:left="312" w:hanging="170"/>
        <w:rPr>
          <w:lang w:val="ru-RU"/>
        </w:rPr>
      </w:pPr>
      <w:r w:rsidRPr="00446C92">
        <w:rPr>
          <w:lang w:val="ru-RU"/>
        </w:rPr>
        <w:t>• обеспечивать сохранность данных для входа;</w:t>
      </w:r>
    </w:p>
    <w:p w14:paraId="542B7759" w14:textId="77777777" w:rsidR="00CB10D7" w:rsidRPr="00446C92" w:rsidRDefault="006A062D">
      <w:pPr>
        <w:keepLines/>
        <w:spacing w:after="40"/>
        <w:ind w:left="312" w:hanging="170"/>
        <w:rPr>
          <w:lang w:val="ru-RU"/>
        </w:rPr>
      </w:pPr>
      <w:r w:rsidRPr="00446C92">
        <w:rPr>
          <w:lang w:val="ru-RU"/>
        </w:rPr>
        <w:t>• сообщать службе поддержки о неправомерном доступе, нарушениях и обнаруженных угрозах безопасности.</w:t>
      </w:r>
    </w:p>
    <w:p w14:paraId="228E7C8E" w14:textId="77777777" w:rsidR="00CB10D7" w:rsidRPr="00446C92" w:rsidRDefault="006A062D">
      <w:pPr>
        <w:keepNext/>
        <w:keepLines/>
        <w:rPr>
          <w:lang w:val="ru-RU"/>
        </w:rPr>
      </w:pPr>
      <w:r w:rsidRPr="00446C92">
        <w:rPr>
          <w:lang w:val="ru-RU"/>
        </w:rPr>
        <w:t>5.3. При использовании Платформы запрещается:</w:t>
      </w:r>
    </w:p>
    <w:p w14:paraId="4F4D2AA7" w14:textId="77777777" w:rsidR="00CB10D7" w:rsidRPr="00446C92" w:rsidRDefault="006A062D">
      <w:pPr>
        <w:keepLines/>
        <w:spacing w:after="40"/>
        <w:ind w:left="312" w:hanging="170"/>
        <w:rPr>
          <w:lang w:val="ru-RU"/>
        </w:rPr>
      </w:pPr>
      <w:r w:rsidRPr="00446C92">
        <w:rPr>
          <w:lang w:val="ru-RU"/>
        </w:rPr>
        <w:t>• выдавать себя за другое лицо или предоставлять заведомо ложные сведения;</w:t>
      </w:r>
    </w:p>
    <w:p w14:paraId="5E6A250E" w14:textId="77777777" w:rsidR="00CB10D7" w:rsidRPr="00446C92" w:rsidRDefault="006A062D">
      <w:pPr>
        <w:keepLines/>
        <w:spacing w:after="40"/>
        <w:ind w:left="312" w:hanging="170"/>
        <w:rPr>
          <w:lang w:val="ru-RU"/>
        </w:rPr>
      </w:pPr>
      <w:r w:rsidRPr="00446C92">
        <w:rPr>
          <w:lang w:val="ru-RU"/>
        </w:rPr>
        <w:t>• передавать Аккаунт или предоставлять к нему доступ третьим лицам;</w:t>
      </w:r>
    </w:p>
    <w:p w14:paraId="291C6281" w14:textId="77777777" w:rsidR="00CB10D7" w:rsidRPr="00446C92" w:rsidRDefault="006A062D">
      <w:pPr>
        <w:keepLines/>
        <w:spacing w:after="40"/>
        <w:ind w:left="312" w:hanging="170"/>
        <w:rPr>
          <w:lang w:val="ru-RU"/>
        </w:rPr>
      </w:pPr>
      <w:r w:rsidRPr="00446C92">
        <w:rPr>
          <w:lang w:val="ru-RU"/>
        </w:rPr>
        <w:t>• размещать незаконные, оскорбительные, дискриминационные, угрожающие или вводящие в заблуждение материалы;</w:t>
      </w:r>
    </w:p>
    <w:p w14:paraId="40FBAF3A" w14:textId="77777777" w:rsidR="00CB10D7" w:rsidRPr="00446C92" w:rsidRDefault="006A062D">
      <w:pPr>
        <w:keepLines/>
        <w:spacing w:after="40"/>
        <w:ind w:left="312" w:hanging="170"/>
        <w:rPr>
          <w:lang w:val="ru-RU"/>
        </w:rPr>
      </w:pPr>
      <w:r w:rsidRPr="00446C92">
        <w:rPr>
          <w:lang w:val="ru-RU"/>
        </w:rPr>
        <w:t>• нарушать исключительные права, право на изображение, неприкосновенность частной жизни и иные права третьих лиц;</w:t>
      </w:r>
    </w:p>
    <w:p w14:paraId="127E1F09" w14:textId="77777777" w:rsidR="00CB10D7" w:rsidRPr="00446C92" w:rsidRDefault="006A062D">
      <w:pPr>
        <w:keepLines/>
        <w:spacing w:after="40"/>
        <w:ind w:left="312" w:hanging="170"/>
        <w:rPr>
          <w:lang w:val="ru-RU"/>
        </w:rPr>
      </w:pPr>
      <w:r w:rsidRPr="00446C92">
        <w:rPr>
          <w:lang w:val="ru-RU"/>
        </w:rPr>
        <w:t>• распространять спам, нежелательную рекламу или массовые сообщения;</w:t>
      </w:r>
    </w:p>
    <w:p w14:paraId="0B796361" w14:textId="77777777" w:rsidR="00CB10D7" w:rsidRPr="00446C92" w:rsidRDefault="006A062D">
      <w:pPr>
        <w:keepLines/>
        <w:spacing w:after="40"/>
        <w:ind w:left="312" w:hanging="170"/>
        <w:rPr>
          <w:lang w:val="ru-RU"/>
        </w:rPr>
      </w:pPr>
      <w:r w:rsidRPr="00446C92">
        <w:rPr>
          <w:lang w:val="ru-RU"/>
        </w:rPr>
        <w:t>• размещать вредоносный программный код;</w:t>
      </w:r>
    </w:p>
    <w:p w14:paraId="4AE6422D" w14:textId="77777777" w:rsidR="00CB10D7" w:rsidRPr="00446C92" w:rsidRDefault="006A062D">
      <w:pPr>
        <w:keepLines/>
        <w:spacing w:after="40"/>
        <w:ind w:left="312" w:hanging="170"/>
        <w:rPr>
          <w:lang w:val="ru-RU"/>
        </w:rPr>
      </w:pPr>
      <w:r w:rsidRPr="00446C92">
        <w:rPr>
          <w:lang w:val="ru-RU"/>
        </w:rPr>
        <w:t>• пытаться получить неправомерный доступ к Платформе, Аккаунтам или данным других лиц;</w:t>
      </w:r>
    </w:p>
    <w:p w14:paraId="7E858C30" w14:textId="77777777" w:rsidR="00CB10D7" w:rsidRPr="00446C92" w:rsidRDefault="006A062D">
      <w:pPr>
        <w:keepLines/>
        <w:spacing w:after="40"/>
        <w:ind w:left="312" w:hanging="170"/>
        <w:rPr>
          <w:lang w:val="ru-RU"/>
        </w:rPr>
      </w:pPr>
      <w:r w:rsidRPr="00446C92">
        <w:rPr>
          <w:lang w:val="ru-RU"/>
        </w:rPr>
        <w:t>• обходить технические ограничения и средства защиты;</w:t>
      </w:r>
    </w:p>
    <w:p w14:paraId="64601774" w14:textId="77777777" w:rsidR="00CB10D7" w:rsidRPr="00446C92" w:rsidRDefault="006A062D">
      <w:pPr>
        <w:keepLines/>
        <w:spacing w:after="40"/>
        <w:ind w:left="312" w:hanging="170"/>
        <w:rPr>
          <w:lang w:val="ru-RU"/>
        </w:rPr>
      </w:pPr>
      <w:r w:rsidRPr="00446C92">
        <w:rPr>
          <w:lang w:val="ru-RU"/>
        </w:rPr>
        <w:t>• автоматически собирать, копировать или массово выгружать информацию;</w:t>
      </w:r>
    </w:p>
    <w:p w14:paraId="5570AD4F" w14:textId="77777777" w:rsidR="00CB10D7" w:rsidRPr="00446C92" w:rsidRDefault="006A062D">
      <w:pPr>
        <w:keepLines/>
        <w:spacing w:after="40"/>
        <w:ind w:left="312" w:hanging="170"/>
        <w:rPr>
          <w:lang w:val="ru-RU"/>
        </w:rPr>
      </w:pPr>
      <w:r w:rsidRPr="00446C92">
        <w:rPr>
          <w:lang w:val="ru-RU"/>
        </w:rPr>
        <w:t>• использовать сведения о Пользователях или Работодателях вне целей, для которых они были предоставлены;</w:t>
      </w:r>
    </w:p>
    <w:p w14:paraId="5EB58651" w14:textId="77777777" w:rsidR="00CB10D7" w:rsidRPr="00446C92" w:rsidRDefault="006A062D">
      <w:pPr>
        <w:keepLines/>
        <w:spacing w:after="40"/>
        <w:ind w:left="312" w:hanging="170"/>
        <w:rPr>
          <w:lang w:val="ru-RU"/>
        </w:rPr>
      </w:pPr>
      <w:r w:rsidRPr="00446C92">
        <w:rPr>
          <w:lang w:val="ru-RU"/>
        </w:rPr>
        <w:t>• совершать иные действия, нарушающие работу Платформы, законодательство или права третьих лиц.</w:t>
      </w:r>
    </w:p>
    <w:p w14:paraId="74EEAA5D" w14:textId="77777777" w:rsidR="00CB10D7" w:rsidRPr="00446C92" w:rsidRDefault="006A062D">
      <w:pPr>
        <w:keepLines/>
        <w:rPr>
          <w:lang w:val="ru-RU"/>
        </w:rPr>
      </w:pPr>
      <w:r w:rsidRPr="00446C92">
        <w:rPr>
          <w:lang w:val="ru-RU"/>
        </w:rPr>
        <w:t>5.4. ООО «Хэдс» обязуется предоставлять доступ к Платформе в пределах её доступного функционала, принимать разумные меры по обеспечению безопасности, рассматривать обращения Пользователей и выполнять обязанности, предусмотренные законодательством.</w:t>
      </w:r>
    </w:p>
    <w:p w14:paraId="030AA2EE" w14:textId="77777777" w:rsidR="00CB10D7" w:rsidRPr="00446C92" w:rsidRDefault="006A062D">
      <w:pPr>
        <w:keepNext/>
        <w:keepLines/>
        <w:rPr>
          <w:lang w:val="ru-RU"/>
        </w:rPr>
      </w:pPr>
      <w:r w:rsidRPr="00446C92">
        <w:rPr>
          <w:lang w:val="ru-RU"/>
        </w:rPr>
        <w:lastRenderedPageBreak/>
        <w:t>5.5. ООО «Хэдс» вправе:</w:t>
      </w:r>
    </w:p>
    <w:p w14:paraId="4A194294" w14:textId="77777777" w:rsidR="00CB10D7" w:rsidRPr="00446C92" w:rsidRDefault="006A062D">
      <w:pPr>
        <w:keepLines/>
        <w:spacing w:after="40"/>
        <w:ind w:left="312" w:hanging="170"/>
        <w:rPr>
          <w:lang w:val="ru-RU"/>
        </w:rPr>
      </w:pPr>
      <w:r w:rsidRPr="00446C92">
        <w:rPr>
          <w:lang w:val="ru-RU"/>
        </w:rPr>
        <w:t>• проверять и модерировать размещённые материалы;</w:t>
      </w:r>
    </w:p>
    <w:p w14:paraId="461BF17F" w14:textId="77777777" w:rsidR="00CB10D7" w:rsidRPr="00446C92" w:rsidRDefault="006A062D">
      <w:pPr>
        <w:keepLines/>
        <w:spacing w:after="40"/>
        <w:ind w:left="312" w:hanging="170"/>
        <w:rPr>
          <w:lang w:val="ru-RU"/>
        </w:rPr>
      </w:pPr>
      <w:r w:rsidRPr="00446C92">
        <w:rPr>
          <w:lang w:val="ru-RU"/>
        </w:rPr>
        <w:t>• запрашивать сведения, необходимые для рассмотрения жалобы или проверки нарушения;</w:t>
      </w:r>
    </w:p>
    <w:p w14:paraId="390C7BCA" w14:textId="77777777" w:rsidR="00CB10D7" w:rsidRPr="00446C92" w:rsidRDefault="006A062D">
      <w:pPr>
        <w:keepLines/>
        <w:spacing w:after="40"/>
        <w:ind w:left="312" w:hanging="170"/>
        <w:rPr>
          <w:lang w:val="ru-RU"/>
        </w:rPr>
      </w:pPr>
      <w:r w:rsidRPr="00446C92">
        <w:rPr>
          <w:lang w:val="ru-RU"/>
        </w:rPr>
        <w:t>• скрывать или удалять материалы, нарушающие Соглашение, законодательство или права третьих лиц;</w:t>
      </w:r>
    </w:p>
    <w:p w14:paraId="2EF5C861" w14:textId="77777777" w:rsidR="00CB10D7" w:rsidRPr="00446C92" w:rsidRDefault="006A062D">
      <w:pPr>
        <w:keepLines/>
        <w:spacing w:after="40"/>
        <w:ind w:left="312" w:hanging="170"/>
        <w:rPr>
          <w:lang w:val="ru-RU"/>
        </w:rPr>
      </w:pPr>
      <w:r w:rsidRPr="00446C92">
        <w:rPr>
          <w:lang w:val="ru-RU"/>
        </w:rPr>
        <w:t>• ограничивать отдельные функции, приостанавливать доступ или блокировать Аккаунт;</w:t>
      </w:r>
    </w:p>
    <w:p w14:paraId="2614FC78" w14:textId="77777777" w:rsidR="00CB10D7" w:rsidRPr="00446C92" w:rsidRDefault="006A062D">
      <w:pPr>
        <w:keepLines/>
        <w:spacing w:after="40"/>
        <w:ind w:left="312" w:hanging="170"/>
        <w:rPr>
          <w:lang w:val="ru-RU"/>
        </w:rPr>
      </w:pPr>
      <w:r w:rsidRPr="00446C92">
        <w:rPr>
          <w:lang w:val="ru-RU"/>
        </w:rPr>
        <w:t>• принимать технические и организационные меры для защиты Платформы и её пользователей.</w:t>
      </w:r>
    </w:p>
    <w:p w14:paraId="0E264929" w14:textId="77777777" w:rsidR="00CB10D7" w:rsidRPr="00446C92" w:rsidRDefault="006A062D">
      <w:pPr>
        <w:keepLines/>
        <w:rPr>
          <w:lang w:val="ru-RU"/>
        </w:rPr>
      </w:pPr>
      <w:r w:rsidRPr="00446C92">
        <w:rPr>
          <w:lang w:val="ru-RU"/>
        </w:rPr>
        <w:t>5.6. При выборе меры ООО «Хэдс» учитывает характер нарушения, его последствия, повторность и степень риска для Платформы и других лиц.</w:t>
      </w:r>
    </w:p>
    <w:p w14:paraId="6DD15AE5" w14:textId="77777777" w:rsidR="00CB10D7" w:rsidRPr="00446C92" w:rsidRDefault="006A062D">
      <w:pPr>
        <w:keepLines/>
        <w:rPr>
          <w:lang w:val="ru-RU"/>
        </w:rPr>
      </w:pPr>
      <w:r w:rsidRPr="00446C92">
        <w:rPr>
          <w:lang w:val="ru-RU"/>
        </w:rPr>
        <w:t>5.7. При незначительном нарушении Пользователю может быть направлено предупреждение или предоставлен срок для его устранения. ООО «Хэдс» вправе принять меры без предварительного предупреждения, если нарушение является существенным, создаёт угрозу безопасности, затрагивает права других лиц либо требует немедленного реагирования.</w:t>
      </w:r>
    </w:p>
    <w:p w14:paraId="1398FB74" w14:textId="77777777" w:rsidR="00CB10D7" w:rsidRPr="00446C92" w:rsidRDefault="006A062D">
      <w:pPr>
        <w:keepLines/>
        <w:rPr>
          <w:lang w:val="ru-RU"/>
        </w:rPr>
      </w:pPr>
      <w:r w:rsidRPr="00446C92">
        <w:rPr>
          <w:lang w:val="ru-RU"/>
        </w:rPr>
        <w:t>5.8. Ограничение или блокировка Аккаунта сами по себе не означают его удаление. Данные могут сохраняться в течение срока, необходимого для рассмотрения жалоб, обеспечения безопасности, исполнения Соглашения и требований законодательства.</w:t>
      </w:r>
    </w:p>
    <w:p w14:paraId="6EF35925" w14:textId="77777777" w:rsidR="00CB10D7" w:rsidRPr="00446C92" w:rsidRDefault="006A062D">
      <w:pPr>
        <w:keepLines/>
        <w:rPr>
          <w:lang w:val="ru-RU"/>
        </w:rPr>
      </w:pPr>
      <w:r w:rsidRPr="00446C92">
        <w:rPr>
          <w:lang w:val="ru-RU"/>
        </w:rPr>
        <w:t>5.9. Пользователь вправе обжаловать решение об ограничении доступа или удалении материалов, направив обращение в службу поддержки. Обращение должно содержать сведения, позволяющие определить Аккаунт и оспариваемое решение.</w:t>
      </w:r>
    </w:p>
    <w:p w14:paraId="08AFCFA4" w14:textId="77777777" w:rsidR="00CB10D7" w:rsidRPr="00446C92" w:rsidRDefault="006A062D">
      <w:pPr>
        <w:pStyle w:val="1"/>
        <w:jc w:val="left"/>
        <w:rPr>
          <w:lang w:val="ru-RU"/>
        </w:rPr>
      </w:pPr>
      <w:r w:rsidRPr="00446C92">
        <w:rPr>
          <w:rFonts w:ascii="Arial" w:eastAsia="Times New Roman" w:hAnsi="Arial"/>
          <w:b w:val="0"/>
          <w:lang w:val="ru-RU"/>
        </w:rPr>
        <w:t>6. Деактивация и удаление Аккаунта</w:t>
      </w:r>
    </w:p>
    <w:p w14:paraId="5BBD68F8" w14:textId="77777777" w:rsidR="00CB10D7" w:rsidRPr="00446C92" w:rsidRDefault="006A062D">
      <w:pPr>
        <w:keepLines/>
        <w:rPr>
          <w:lang w:val="ru-RU"/>
        </w:rPr>
      </w:pPr>
      <w:r w:rsidRPr="00446C92">
        <w:rPr>
          <w:lang w:val="ru-RU"/>
        </w:rPr>
        <w:t>6.1. Пользователь вправе самостоятельно начать удаление Аккаунта в настройках Платформы.</w:t>
      </w:r>
    </w:p>
    <w:p w14:paraId="0C70DA3F" w14:textId="77777777" w:rsidR="00CB10D7" w:rsidRPr="00446C92" w:rsidRDefault="006A062D">
      <w:pPr>
        <w:keepLines/>
        <w:rPr>
          <w:lang w:val="ru-RU"/>
        </w:rPr>
      </w:pPr>
      <w:r w:rsidRPr="00446C92">
        <w:rPr>
          <w:lang w:val="ru-RU"/>
        </w:rPr>
        <w:t>6.2. Для подтверждения операции Пользователь должен ввести пароль от Аккаунта. Если пароль введён неверно, Аккаунт не деактивируется. В целях безопасности количество попыток ввода может быть ограничено.</w:t>
      </w:r>
    </w:p>
    <w:p w14:paraId="607168CB" w14:textId="77777777" w:rsidR="00CB10D7" w:rsidRPr="00446C92" w:rsidRDefault="006A062D">
      <w:pPr>
        <w:keepLines/>
        <w:rPr>
          <w:lang w:val="ru-RU"/>
        </w:rPr>
      </w:pPr>
      <w:r w:rsidRPr="00446C92">
        <w:rPr>
          <w:lang w:val="ru-RU"/>
        </w:rPr>
        <w:t>6.3. После подтверждения операции Аккаунт немедленно деактивируется. Пользователь утрачивает доступ к его функциям, Профиль перестаёт отображаться Работодателям, а опубликованные Проекты скрываются с Платформы.</w:t>
      </w:r>
    </w:p>
    <w:p w14:paraId="79CE1FA4" w14:textId="77777777" w:rsidR="00CB10D7" w:rsidRPr="00446C92" w:rsidRDefault="006A062D">
      <w:pPr>
        <w:keepLines/>
        <w:rPr>
          <w:lang w:val="ru-RU"/>
        </w:rPr>
      </w:pPr>
      <w:r w:rsidRPr="00446C92">
        <w:rPr>
          <w:lang w:val="ru-RU"/>
        </w:rPr>
        <w:t>6.4. В течение 180 дней с момента деактивации ООО «Хэдс» сохраняет данные Аккаунта в неактивном состоянии, чтобы Пользователь мог его восстановить. В этот период могут сохраняться Профиль, Проекты, Отклики, сообщения, настройки видимости, избранное, регистрации на Мероприятия и другие связанные с Аккаунтом сведения.</w:t>
      </w:r>
    </w:p>
    <w:p w14:paraId="73A0C5FE" w14:textId="77777777" w:rsidR="00CB10D7" w:rsidRPr="00446C92" w:rsidRDefault="006A062D">
      <w:pPr>
        <w:keepLines/>
        <w:rPr>
          <w:lang w:val="ru-RU"/>
        </w:rPr>
      </w:pPr>
      <w:r w:rsidRPr="00446C92">
        <w:rPr>
          <w:lang w:val="ru-RU"/>
        </w:rPr>
        <w:t>6.5. В течение указанного срока Пользователь может восстановить Аккаунт, выполнив вход и подтвердив восстановление. После восстановления возвращаются сохранённые данные и ранее выбранные настройки, если Пользователь не изменит их самостоятельно.</w:t>
      </w:r>
    </w:p>
    <w:p w14:paraId="79D8A55E" w14:textId="77777777" w:rsidR="00CB10D7" w:rsidRPr="00446C92" w:rsidRDefault="006A062D">
      <w:pPr>
        <w:keepLines/>
        <w:rPr>
          <w:lang w:val="ru-RU"/>
        </w:rPr>
      </w:pPr>
      <w:r w:rsidRPr="00446C92">
        <w:rPr>
          <w:lang w:val="ru-RU"/>
        </w:rPr>
        <w:t>6.6. Если Пользователь не восстановит Аккаунт в течение 180 дней, Аккаунт и связанные с ним данные удаляются или обезличиваются. Для повторного использования Платформы потребуется зарегистрироваться заново. Восстановить прежние данные после истечения этого срока будет невозможно.</w:t>
      </w:r>
    </w:p>
    <w:p w14:paraId="074D1059" w14:textId="77777777" w:rsidR="00CB10D7" w:rsidRPr="00446C92" w:rsidRDefault="006A062D">
      <w:pPr>
        <w:keepLines/>
        <w:rPr>
          <w:lang w:val="ru-RU"/>
        </w:rPr>
      </w:pPr>
      <w:r w:rsidRPr="00446C92">
        <w:rPr>
          <w:lang w:val="ru-RU"/>
        </w:rPr>
        <w:t>6.7. Отдельные сведения могут сохраняться после удаления Аккаунта, если это необходимо для исполнения требований законодательства, обеспечения безопасности, предотвращения нарушений, рассмотрения споров или защиты прав ООО «Хэдс» и третьих лиц.</w:t>
      </w:r>
    </w:p>
    <w:p w14:paraId="3278C9ED" w14:textId="77777777" w:rsidR="00CB10D7" w:rsidRPr="00446C92" w:rsidRDefault="006A062D">
      <w:pPr>
        <w:keepLines/>
        <w:rPr>
          <w:lang w:val="ru-RU"/>
        </w:rPr>
      </w:pPr>
      <w:r w:rsidRPr="00446C92">
        <w:rPr>
          <w:lang w:val="ru-RU"/>
        </w:rPr>
        <w:t>6.8. Деактивация или удаление Аккаунта не приводит к автоматическому удалению сообщений и сведений, ранее правомерно полученных Работодателями или владельцами внешних ресурсов.</w:t>
      </w:r>
    </w:p>
    <w:p w14:paraId="5EE74749" w14:textId="6D4EA6AD" w:rsidR="00CB10D7" w:rsidRPr="00446C92" w:rsidRDefault="006A062D">
      <w:pPr>
        <w:keepLines/>
        <w:rPr>
          <w:lang w:val="ru-RU"/>
        </w:rPr>
      </w:pPr>
      <w:r w:rsidRPr="006A062D">
        <w:rPr>
          <w:lang w:val="ru-RU"/>
        </w:rPr>
        <w:t xml:space="preserve">6.9. Пользователь вправе обратиться в ООО «Хэдс» с требованием о прекращении обработки и более раннем удалении персональных данных. Требование рассматривается в порядке и сроки, предусмотренные законодательством и </w:t>
      </w:r>
      <w:hyperlink r:id="rId9">
        <w:r w:rsidR="00CB10D7" w:rsidRPr="006A062D">
          <w:rPr>
            <w:rFonts w:eastAsia="Arial" w:cs="Arial"/>
            <w:color w:val="7C3AED"/>
            <w:szCs w:val="21"/>
            <w:u w:val="single"/>
            <w:lang w:val="ru-RU"/>
          </w:rPr>
          <w:t>Политикой конфиденциальности и обработки персональных данных</w:t>
        </w:r>
      </w:hyperlink>
      <w:r w:rsidRPr="006A062D">
        <w:rPr>
          <w:lang w:val="ru-RU"/>
        </w:rPr>
        <w:t>. Досрочное удаление может исключить возможность восстановления Аккаунта.</w:t>
      </w:r>
    </w:p>
    <w:p w14:paraId="69A6B294" w14:textId="77777777" w:rsidR="00CB10D7" w:rsidRPr="00446C92" w:rsidRDefault="006A062D">
      <w:pPr>
        <w:pStyle w:val="1"/>
        <w:jc w:val="left"/>
        <w:rPr>
          <w:lang w:val="ru-RU"/>
        </w:rPr>
      </w:pPr>
      <w:r w:rsidRPr="00446C92">
        <w:rPr>
          <w:rFonts w:ascii="Arial" w:eastAsia="Times New Roman" w:hAnsi="Arial"/>
          <w:b w:val="0"/>
          <w:lang w:val="ru-RU"/>
        </w:rPr>
        <w:lastRenderedPageBreak/>
        <w:t>7. Персональные данные и уведомления</w:t>
      </w:r>
    </w:p>
    <w:p w14:paraId="3B1DC9A8" w14:textId="31024071" w:rsidR="00CB10D7" w:rsidRPr="00446C92" w:rsidRDefault="006A062D">
      <w:pPr>
        <w:keepLines/>
        <w:rPr>
          <w:lang w:val="ru-RU"/>
        </w:rPr>
      </w:pPr>
      <w:r w:rsidRPr="006A062D">
        <w:rPr>
          <w:lang w:val="ru-RU"/>
        </w:rPr>
        <w:t xml:space="preserve">7.1. ООО «Хэдс» обрабатывает персональные данные Пользователя в соответствии с законодательством Российской Федерации и </w:t>
      </w:r>
      <w:hyperlink r:id="rId10">
        <w:r w:rsidR="00CB10D7" w:rsidRPr="006A062D">
          <w:rPr>
            <w:rFonts w:eastAsia="Arial" w:cs="Arial"/>
            <w:color w:val="7C3AED"/>
            <w:szCs w:val="21"/>
            <w:u w:val="single"/>
            <w:lang w:val="ru-RU"/>
          </w:rPr>
          <w:t>Политикой конфиденциальности и обработки персональных данных</w:t>
        </w:r>
      </w:hyperlink>
      <w:r w:rsidRPr="006A062D">
        <w:rPr>
          <w:lang w:val="ru-RU"/>
        </w:rPr>
        <w:t>, размещённой на Платформе.</w:t>
      </w:r>
    </w:p>
    <w:p w14:paraId="00CE0F79" w14:textId="77777777" w:rsidR="00CB10D7" w:rsidRPr="00446C92" w:rsidRDefault="006A062D">
      <w:pPr>
        <w:keepLines/>
        <w:rPr>
          <w:lang w:val="ru-RU"/>
        </w:rPr>
      </w:pPr>
      <w:r w:rsidRPr="00446C92">
        <w:rPr>
          <w:lang w:val="ru-RU"/>
        </w:rPr>
        <w:t>7.2. Политика определяет состав и цели обработки персональных данных, правовые основания и сроки обработки, категории получателей, порядок хранения и удаления данных, а также способы реализации прав Пользователя.</w:t>
      </w:r>
    </w:p>
    <w:p w14:paraId="7C343579" w14:textId="77777777" w:rsidR="00CB10D7" w:rsidRPr="00446C92" w:rsidRDefault="006A062D">
      <w:pPr>
        <w:keepLines/>
        <w:rPr>
          <w:lang w:val="ru-RU"/>
        </w:rPr>
      </w:pPr>
      <w:r w:rsidRPr="00446C92">
        <w:rPr>
          <w:lang w:val="ru-RU"/>
        </w:rPr>
        <w:t>7.3. Доступ к сведениям Пользователя предоставляется в соответствии с выбранными им настройками Профиля и совершаемыми действиями, включая направление Отклика, публикацию Проекта и регистрацию на Мероприятие.</w:t>
      </w:r>
    </w:p>
    <w:p w14:paraId="79F45CB7" w14:textId="77777777" w:rsidR="00CB10D7" w:rsidRPr="00446C92" w:rsidRDefault="006A062D">
      <w:pPr>
        <w:keepLines/>
        <w:rPr>
          <w:lang w:val="ru-RU"/>
        </w:rPr>
      </w:pPr>
      <w:r w:rsidRPr="00446C92">
        <w:rPr>
          <w:lang w:val="ru-RU"/>
        </w:rPr>
        <w:t>7.4. Если для отдельной операции законодательство требует самостоятельного согласия Пользователя, ООО «Хэдс» запрашивает его отдельно до начала соответствующей обработки.</w:t>
      </w:r>
    </w:p>
    <w:p w14:paraId="2E95C427" w14:textId="77777777" w:rsidR="00CB10D7" w:rsidRPr="00446C92" w:rsidRDefault="006A062D">
      <w:pPr>
        <w:keepNext/>
        <w:keepLines/>
        <w:rPr>
          <w:lang w:val="ru-RU"/>
        </w:rPr>
      </w:pPr>
      <w:r w:rsidRPr="00446C92">
        <w:rPr>
          <w:lang w:val="ru-RU"/>
        </w:rPr>
        <w:t>7.5. ООО «Хэдс» вправе направлять Пользователю системные уведомления, необходимые для регистрации, безопасности и использования Платформы. К ним относятся:</w:t>
      </w:r>
    </w:p>
    <w:p w14:paraId="4292E6C2" w14:textId="77777777" w:rsidR="00CB10D7" w:rsidRPr="00446C92" w:rsidRDefault="006A062D">
      <w:pPr>
        <w:keepLines/>
        <w:spacing w:after="40"/>
        <w:ind w:left="312" w:hanging="170"/>
        <w:rPr>
          <w:lang w:val="ru-RU"/>
        </w:rPr>
      </w:pPr>
      <w:r w:rsidRPr="00446C92">
        <w:rPr>
          <w:lang w:val="ru-RU"/>
        </w:rPr>
        <w:t>• коды подтверждения и сообщения о восстановлении доступа;</w:t>
      </w:r>
    </w:p>
    <w:p w14:paraId="18AB6B1C" w14:textId="77777777" w:rsidR="00CB10D7" w:rsidRPr="00446C92" w:rsidRDefault="006A062D">
      <w:pPr>
        <w:keepLines/>
        <w:spacing w:after="40"/>
        <w:ind w:left="312" w:hanging="170"/>
        <w:rPr>
          <w:lang w:val="ru-RU"/>
        </w:rPr>
      </w:pPr>
      <w:r w:rsidRPr="00446C92">
        <w:rPr>
          <w:lang w:val="ru-RU"/>
        </w:rPr>
        <w:t>• уведомления об изменении данных и состоянии Аккаунта;</w:t>
      </w:r>
    </w:p>
    <w:p w14:paraId="0338C15B" w14:textId="77777777" w:rsidR="00CB10D7" w:rsidRPr="00446C92" w:rsidRDefault="006A062D">
      <w:pPr>
        <w:keepLines/>
        <w:spacing w:after="40"/>
        <w:ind w:left="312" w:hanging="170"/>
        <w:rPr>
          <w:lang w:val="ru-RU"/>
        </w:rPr>
      </w:pPr>
      <w:r w:rsidRPr="00446C92">
        <w:rPr>
          <w:lang w:val="ru-RU"/>
        </w:rPr>
        <w:t>• сведения об Откликах и изменении их статусов;</w:t>
      </w:r>
    </w:p>
    <w:p w14:paraId="335E6BAB" w14:textId="77777777" w:rsidR="00CB10D7" w:rsidRPr="00446C92" w:rsidRDefault="006A062D">
      <w:pPr>
        <w:keepLines/>
        <w:spacing w:after="40"/>
        <w:ind w:left="312" w:hanging="170"/>
        <w:rPr>
          <w:lang w:val="ru-RU"/>
        </w:rPr>
      </w:pPr>
      <w:r w:rsidRPr="00446C92">
        <w:rPr>
          <w:lang w:val="ru-RU"/>
        </w:rPr>
        <w:t>• сообщения и приглашения от Работодателей;</w:t>
      </w:r>
    </w:p>
    <w:p w14:paraId="48554E06" w14:textId="77777777" w:rsidR="00CB10D7" w:rsidRPr="00446C92" w:rsidRDefault="006A062D">
      <w:pPr>
        <w:keepLines/>
        <w:spacing w:after="40"/>
        <w:ind w:left="312" w:hanging="170"/>
        <w:rPr>
          <w:lang w:val="ru-RU"/>
        </w:rPr>
      </w:pPr>
      <w:r w:rsidRPr="00446C92">
        <w:rPr>
          <w:lang w:val="ru-RU"/>
        </w:rPr>
        <w:t>• напоминания и изменения, связанные с Мероприятиями;</w:t>
      </w:r>
    </w:p>
    <w:p w14:paraId="0B9F10ED" w14:textId="77777777" w:rsidR="00CB10D7" w:rsidRPr="00446C92" w:rsidRDefault="006A062D">
      <w:pPr>
        <w:keepLines/>
        <w:spacing w:after="40"/>
        <w:ind w:left="312" w:hanging="170"/>
        <w:rPr>
          <w:lang w:val="ru-RU"/>
        </w:rPr>
      </w:pPr>
      <w:r w:rsidRPr="00446C92">
        <w:rPr>
          <w:lang w:val="ru-RU"/>
        </w:rPr>
        <w:t>• уведомления о модерации, ограничениях и безопасности;</w:t>
      </w:r>
    </w:p>
    <w:p w14:paraId="70591848" w14:textId="77777777" w:rsidR="00CB10D7" w:rsidRPr="00446C92" w:rsidRDefault="006A062D">
      <w:pPr>
        <w:keepLines/>
        <w:spacing w:after="40"/>
        <w:ind w:left="312" w:hanging="170"/>
        <w:rPr>
          <w:lang w:val="ru-RU"/>
        </w:rPr>
      </w:pPr>
      <w:r w:rsidRPr="00446C92">
        <w:rPr>
          <w:lang w:val="ru-RU"/>
        </w:rPr>
        <w:t>• сообщения о существенных изменениях документов и работы Платформы.</w:t>
      </w:r>
    </w:p>
    <w:p w14:paraId="2505673D" w14:textId="77777777" w:rsidR="00CB10D7" w:rsidRPr="00446C92" w:rsidRDefault="006A062D">
      <w:pPr>
        <w:keepLines/>
        <w:rPr>
          <w:lang w:val="ru-RU"/>
        </w:rPr>
      </w:pPr>
      <w:r w:rsidRPr="00446C92">
        <w:rPr>
          <w:lang w:val="ru-RU"/>
        </w:rPr>
        <w:t>7.6. Системные уведомления не являются рекламной рассылкой. Возможность отключения отдельных каналов их доставки может быть ограничена, если уведомление необходимо для безопасности или использования выбранной функции.</w:t>
      </w:r>
    </w:p>
    <w:p w14:paraId="5B5643FC" w14:textId="77777777" w:rsidR="00CB10D7" w:rsidRPr="00446C92" w:rsidRDefault="006A062D">
      <w:pPr>
        <w:keepLines/>
        <w:rPr>
          <w:lang w:val="ru-RU"/>
        </w:rPr>
      </w:pPr>
      <w:r w:rsidRPr="00446C92">
        <w:rPr>
          <w:lang w:val="ru-RU"/>
        </w:rPr>
        <w:t>7.7. Подборки вакансий и стажировок, карьерные рекомендации, сведения о Мероприятиях, новых Работодателях, Проектах и обновлениях Платформы направляются по электронной почте только при наличии добровольного согласия Пользователя.</w:t>
      </w:r>
    </w:p>
    <w:p w14:paraId="177AF690" w14:textId="157C1524" w:rsidR="00CB10D7" w:rsidRPr="00446C92" w:rsidRDefault="006A062D">
      <w:pPr>
        <w:keepLines/>
        <w:rPr>
          <w:color w:val="B2A1C7" w:themeColor="accent4" w:themeTint="99"/>
          <w:lang w:val="ru-RU"/>
        </w:rPr>
      </w:pPr>
      <w:r w:rsidRPr="006A062D">
        <w:rPr>
          <w:lang w:val="ru-RU"/>
        </w:rPr>
        <w:t>7.8. Согласие на рассылку не является обязательным условием регистрации и использования Платформы. Содержание и порядок рассылки определяются отдельным документом «</w:t>
      </w:r>
      <w:hyperlink r:id="rId11">
        <w:r w:rsidR="00CB10D7" w:rsidRPr="006A062D">
          <w:rPr>
            <w:rFonts w:eastAsia="Arial" w:cs="Arial"/>
            <w:color w:val="7C3AED"/>
            <w:szCs w:val="21"/>
            <w:u w:val="single"/>
            <w:lang w:val="ru-RU"/>
          </w:rPr>
          <w:t>Условия рассылки</w:t>
        </w:r>
      </w:hyperlink>
      <w:r w:rsidRPr="006A062D">
        <w:rPr>
          <w:lang w:val="ru-RU"/>
        </w:rPr>
        <w:t>».</w:t>
      </w:r>
    </w:p>
    <w:p w14:paraId="6351A7E2" w14:textId="77777777" w:rsidR="00CB10D7" w:rsidRPr="00446C92" w:rsidRDefault="006A062D">
      <w:pPr>
        <w:keepLines/>
        <w:rPr>
          <w:lang w:val="ru-RU"/>
        </w:rPr>
      </w:pPr>
      <w:r w:rsidRPr="00446C92">
        <w:rPr>
          <w:lang w:val="ru-RU"/>
        </w:rPr>
        <w:t>7.9. Рекламные и информационные письма направляются не чаще одного раза в шесть часов. Это ограничение не применяется к системным уведомлениям.</w:t>
      </w:r>
    </w:p>
    <w:p w14:paraId="4EA2846F" w14:textId="77777777" w:rsidR="00CB10D7" w:rsidRPr="00446C92" w:rsidRDefault="006A062D">
      <w:pPr>
        <w:keepLines/>
        <w:rPr>
          <w:lang w:val="ru-RU"/>
        </w:rPr>
      </w:pPr>
      <w:r w:rsidRPr="00446C92">
        <w:rPr>
          <w:lang w:val="ru-RU"/>
        </w:rPr>
        <w:t>7.10. Пользователь может в любое время отказаться от рассылки по ссылке в письме либо в настройках уведомлений. Рассылка прекращается после совершения соответствующего действия без дополнительного подтверждения. Пользователь может повторно подключить её в настройках.</w:t>
      </w:r>
    </w:p>
    <w:p w14:paraId="4BBF6F6A" w14:textId="77777777" w:rsidR="00CB10D7" w:rsidRPr="00446C92" w:rsidRDefault="006A062D">
      <w:pPr>
        <w:keepLines/>
        <w:rPr>
          <w:lang w:val="ru-RU"/>
        </w:rPr>
      </w:pPr>
      <w:r w:rsidRPr="00446C92">
        <w:rPr>
          <w:lang w:val="ru-RU"/>
        </w:rPr>
        <w:t>7.11. Отказ от рассылки не отключает системные уведомления и не препятствует отображению рекомендаций внутри Платформы.</w:t>
      </w:r>
    </w:p>
    <w:p w14:paraId="0A220E3A" w14:textId="77777777" w:rsidR="00CB10D7" w:rsidRPr="00446C92" w:rsidRDefault="006A062D">
      <w:pPr>
        <w:pStyle w:val="1"/>
        <w:jc w:val="left"/>
        <w:rPr>
          <w:lang w:val="ru-RU"/>
        </w:rPr>
      </w:pPr>
      <w:r w:rsidRPr="00446C92">
        <w:rPr>
          <w:rFonts w:ascii="Arial" w:eastAsia="Times New Roman" w:hAnsi="Arial"/>
          <w:b w:val="0"/>
          <w:lang w:val="ru-RU"/>
        </w:rPr>
        <w:t>8. Интеллектуальная собственность</w:t>
      </w:r>
    </w:p>
    <w:p w14:paraId="57887CF1" w14:textId="77777777" w:rsidR="00CB10D7" w:rsidRPr="00446C92" w:rsidRDefault="006A062D">
      <w:pPr>
        <w:keepLines/>
        <w:rPr>
          <w:lang w:val="ru-RU"/>
        </w:rPr>
      </w:pPr>
      <w:r w:rsidRPr="00446C92">
        <w:rPr>
          <w:lang w:val="ru-RU"/>
        </w:rPr>
        <w:t>8.1. Исключительные права на программное обеспечение, базы данных, дизайн, тексты, графические элементы и иные материалы Платформы принадлежат ООО «Хэдс» либо используются им на законном основании.</w:t>
      </w:r>
    </w:p>
    <w:p w14:paraId="2A2E1A65" w14:textId="77777777" w:rsidR="00CB10D7" w:rsidRPr="00446C92" w:rsidRDefault="006A062D">
      <w:pPr>
        <w:keepLines/>
        <w:rPr>
          <w:lang w:val="ru-RU"/>
        </w:rPr>
      </w:pPr>
      <w:r w:rsidRPr="00446C92">
        <w:rPr>
          <w:lang w:val="ru-RU"/>
        </w:rPr>
        <w:t>8.2. Соглашение не передаёт Пользователю исключительные права на Платформу или её отдельные элементы.</w:t>
      </w:r>
    </w:p>
    <w:p w14:paraId="45B75D4C" w14:textId="77777777" w:rsidR="00CB10D7" w:rsidRPr="00446C92" w:rsidRDefault="006A062D">
      <w:pPr>
        <w:keepLines/>
        <w:rPr>
          <w:lang w:val="ru-RU"/>
        </w:rPr>
      </w:pPr>
      <w:r w:rsidRPr="00446C92">
        <w:rPr>
          <w:lang w:val="ru-RU"/>
        </w:rPr>
        <w:t>8.3. Пользователю предоставляется ограниченное, безвозмездное, неисключительное и непередаваемое право использовать доступные функции Платформы в личных целях в течение срока действия Соглашения.</w:t>
      </w:r>
    </w:p>
    <w:p w14:paraId="268306D3" w14:textId="77777777" w:rsidR="00CB10D7" w:rsidRPr="00446C92" w:rsidRDefault="006A062D">
      <w:pPr>
        <w:keepNext/>
        <w:keepLines/>
        <w:rPr>
          <w:lang w:val="ru-RU"/>
        </w:rPr>
      </w:pPr>
      <w:r w:rsidRPr="00446C92">
        <w:rPr>
          <w:lang w:val="ru-RU"/>
        </w:rPr>
        <w:lastRenderedPageBreak/>
        <w:t>8.4. Без разрешения правообладателя Пользователь не вправе:</w:t>
      </w:r>
    </w:p>
    <w:p w14:paraId="0BA99ACE" w14:textId="77777777" w:rsidR="00CB10D7" w:rsidRPr="00446C92" w:rsidRDefault="006A062D">
      <w:pPr>
        <w:keepLines/>
        <w:spacing w:after="40"/>
        <w:ind w:left="312" w:hanging="170"/>
        <w:rPr>
          <w:lang w:val="ru-RU"/>
        </w:rPr>
      </w:pPr>
      <w:r w:rsidRPr="00446C92">
        <w:rPr>
          <w:lang w:val="ru-RU"/>
        </w:rPr>
        <w:t>• копировать, распространять, перерабатывать или использовать элементы Платформы за пределами её обычного функционала;</w:t>
      </w:r>
    </w:p>
    <w:p w14:paraId="04A495A0" w14:textId="77777777" w:rsidR="00CB10D7" w:rsidRPr="00446C92" w:rsidRDefault="006A062D">
      <w:pPr>
        <w:keepLines/>
        <w:spacing w:after="40"/>
        <w:ind w:left="312" w:hanging="170"/>
        <w:rPr>
          <w:lang w:val="ru-RU"/>
        </w:rPr>
      </w:pPr>
      <w:r w:rsidRPr="00446C92">
        <w:rPr>
          <w:lang w:val="ru-RU"/>
        </w:rPr>
        <w:t>• осуществлять обратную разработку, декомпиляцию или пытаться получить исходный код, кроме случаев, прямо разрешённых законом;</w:t>
      </w:r>
    </w:p>
    <w:p w14:paraId="390CC4DC" w14:textId="77777777" w:rsidR="00CB10D7" w:rsidRPr="00446C92" w:rsidRDefault="006A062D">
      <w:pPr>
        <w:keepLines/>
        <w:spacing w:after="40"/>
        <w:ind w:left="312" w:hanging="170"/>
        <w:rPr>
          <w:lang w:val="ru-RU"/>
        </w:rPr>
      </w:pPr>
      <w:r w:rsidRPr="00446C92">
        <w:rPr>
          <w:lang w:val="ru-RU"/>
        </w:rPr>
        <w:t>• удалять или изменять сведения об авторских и иных правах;</w:t>
      </w:r>
    </w:p>
    <w:p w14:paraId="39E90C6E" w14:textId="77777777" w:rsidR="00CB10D7" w:rsidRPr="00446C92" w:rsidRDefault="006A062D">
      <w:pPr>
        <w:keepLines/>
        <w:spacing w:after="40"/>
        <w:ind w:left="312" w:hanging="170"/>
        <w:rPr>
          <w:lang w:val="ru-RU"/>
        </w:rPr>
      </w:pPr>
      <w:r w:rsidRPr="00446C92">
        <w:rPr>
          <w:lang w:val="ru-RU"/>
        </w:rPr>
        <w:t>• использовать оформление и материалы Платформы способом, создающим впечатление о связи, партнёрстве или одобрении со стороны ООО «Хэдс».</w:t>
      </w:r>
    </w:p>
    <w:p w14:paraId="3C8EB001" w14:textId="77777777" w:rsidR="00CB10D7" w:rsidRPr="00446C92" w:rsidRDefault="006A062D">
      <w:pPr>
        <w:keepLines/>
        <w:rPr>
          <w:lang w:val="ru-RU"/>
        </w:rPr>
      </w:pPr>
      <w:r w:rsidRPr="00446C92">
        <w:rPr>
          <w:lang w:val="ru-RU"/>
        </w:rPr>
        <w:t>8.5. Названия, логотипы, описания и иные материалы Работодателей принадлежат соответствующим правообладателям и размещаются на предоставленных ими основаниях.</w:t>
      </w:r>
    </w:p>
    <w:p w14:paraId="4902DA40" w14:textId="77777777" w:rsidR="00CB10D7" w:rsidRPr="00446C92" w:rsidRDefault="006A062D">
      <w:pPr>
        <w:keepLines/>
        <w:rPr>
          <w:lang w:val="ru-RU"/>
        </w:rPr>
      </w:pPr>
      <w:r w:rsidRPr="00446C92">
        <w:rPr>
          <w:lang w:val="ru-RU"/>
        </w:rPr>
        <w:t>8.6. Права на Проекты и другие материалы Пользователя, а также объём предоставляемого ООО «Хэдс» права их использования определяются разделом 4 Соглашения.</w:t>
      </w:r>
    </w:p>
    <w:p w14:paraId="0D7B9275" w14:textId="77777777" w:rsidR="00CB10D7" w:rsidRPr="00446C92" w:rsidRDefault="006A062D">
      <w:pPr>
        <w:keepLines/>
        <w:rPr>
          <w:lang w:val="ru-RU"/>
        </w:rPr>
      </w:pPr>
      <w:r w:rsidRPr="00446C92">
        <w:rPr>
          <w:lang w:val="ru-RU"/>
        </w:rPr>
        <w:t>8.7. Возможность просмотра, сохранения в избранное или передачи ссылки на материал не означает передачи прав на его копирование, публикацию или иное использование за пределами функций Платформы.</w:t>
      </w:r>
    </w:p>
    <w:p w14:paraId="58AE57BD" w14:textId="77777777" w:rsidR="00CB10D7" w:rsidRPr="00446C92" w:rsidRDefault="006A062D">
      <w:pPr>
        <w:pStyle w:val="1"/>
        <w:jc w:val="left"/>
        <w:rPr>
          <w:lang w:val="ru-RU"/>
        </w:rPr>
      </w:pPr>
      <w:r w:rsidRPr="00446C92">
        <w:rPr>
          <w:rFonts w:ascii="Arial" w:eastAsia="Times New Roman" w:hAnsi="Arial"/>
          <w:b w:val="0"/>
          <w:lang w:val="ru-RU"/>
        </w:rPr>
        <w:t>9. Ответственность и разрешение споров</w:t>
      </w:r>
    </w:p>
    <w:p w14:paraId="3368C135" w14:textId="77777777" w:rsidR="00CB10D7" w:rsidRPr="00446C92" w:rsidRDefault="006A062D">
      <w:pPr>
        <w:keepLines/>
        <w:rPr>
          <w:lang w:val="ru-RU"/>
        </w:rPr>
      </w:pPr>
      <w:r w:rsidRPr="00446C92">
        <w:rPr>
          <w:lang w:val="ru-RU"/>
        </w:rPr>
        <w:t>9.1. Пользователь отвечает за достоверность и законность размещаемых сведений и материалов, сохранность данных для входа, а также за действия, совершённые с использованием его Аккаунта, если не доказано, что доступ был получен без его вины.</w:t>
      </w:r>
    </w:p>
    <w:p w14:paraId="54C8D609" w14:textId="77777777" w:rsidR="00CB10D7" w:rsidRPr="00446C92" w:rsidRDefault="006A062D">
      <w:pPr>
        <w:keepLines/>
        <w:rPr>
          <w:lang w:val="ru-RU"/>
        </w:rPr>
      </w:pPr>
      <w:r w:rsidRPr="00446C92">
        <w:rPr>
          <w:lang w:val="ru-RU"/>
        </w:rPr>
        <w:t>9.2. Пользователь самостоятельно принимает решения о направлении Отклика, участии в Мероприятии, продолжении общения и заключении договора с Работодателем.</w:t>
      </w:r>
    </w:p>
    <w:p w14:paraId="37C7F18F" w14:textId="77777777" w:rsidR="00CB10D7" w:rsidRPr="00446C92" w:rsidRDefault="006A062D">
      <w:pPr>
        <w:keepNext/>
        <w:keepLines/>
        <w:rPr>
          <w:lang w:val="ru-RU"/>
        </w:rPr>
      </w:pPr>
      <w:r w:rsidRPr="00446C92">
        <w:rPr>
          <w:lang w:val="ru-RU"/>
        </w:rPr>
        <w:t>9.3. Работодатель самостоятельно отвечает за:</w:t>
      </w:r>
    </w:p>
    <w:p w14:paraId="0C8AD012" w14:textId="77777777" w:rsidR="00CB10D7" w:rsidRPr="00446C92" w:rsidRDefault="006A062D">
      <w:pPr>
        <w:keepLines/>
        <w:spacing w:after="40"/>
        <w:ind w:left="312" w:hanging="170"/>
        <w:rPr>
          <w:lang w:val="ru-RU"/>
        </w:rPr>
      </w:pPr>
      <w:r w:rsidRPr="00446C92">
        <w:rPr>
          <w:lang w:val="ru-RU"/>
        </w:rPr>
        <w:t>• достоверность вакансий, стажировок и иной размещаемой информации;</w:t>
      </w:r>
    </w:p>
    <w:p w14:paraId="445D0334" w14:textId="77777777" w:rsidR="00CB10D7" w:rsidRPr="00446C92" w:rsidRDefault="006A062D">
      <w:pPr>
        <w:keepLines/>
        <w:spacing w:after="40"/>
        <w:ind w:left="312" w:hanging="170"/>
        <w:rPr>
          <w:lang w:val="ru-RU"/>
        </w:rPr>
      </w:pPr>
      <w:r w:rsidRPr="00446C92">
        <w:rPr>
          <w:lang w:val="ru-RU"/>
        </w:rPr>
        <w:t>• действия своих представителей;</w:t>
      </w:r>
    </w:p>
    <w:p w14:paraId="3F50B25D" w14:textId="77777777" w:rsidR="00CB10D7" w:rsidRPr="00446C92" w:rsidRDefault="006A062D">
      <w:pPr>
        <w:keepLines/>
        <w:spacing w:after="40"/>
        <w:ind w:left="312" w:hanging="170"/>
        <w:rPr>
          <w:lang w:val="ru-RU"/>
        </w:rPr>
      </w:pPr>
      <w:r w:rsidRPr="00446C92">
        <w:rPr>
          <w:lang w:val="ru-RU"/>
        </w:rPr>
        <w:t>• общение с Пользователями и проведение отбора;</w:t>
      </w:r>
    </w:p>
    <w:p w14:paraId="15D776C6" w14:textId="77777777" w:rsidR="00CB10D7" w:rsidRPr="00446C92" w:rsidRDefault="006A062D">
      <w:pPr>
        <w:keepLines/>
        <w:spacing w:after="40"/>
        <w:ind w:left="312" w:hanging="170"/>
        <w:rPr>
          <w:lang w:val="ru-RU"/>
        </w:rPr>
      </w:pPr>
      <w:r w:rsidRPr="00446C92">
        <w:rPr>
          <w:lang w:val="ru-RU"/>
        </w:rPr>
        <w:t>• условия и исполнение заключённых с Пользователями договоров;</w:t>
      </w:r>
    </w:p>
    <w:p w14:paraId="05F44D5E" w14:textId="77777777" w:rsidR="00CB10D7" w:rsidRPr="00446C92" w:rsidRDefault="006A062D">
      <w:pPr>
        <w:keepLines/>
        <w:spacing w:after="40"/>
        <w:ind w:left="312" w:hanging="170"/>
        <w:rPr>
          <w:lang w:val="ru-RU"/>
        </w:rPr>
      </w:pPr>
      <w:r w:rsidRPr="00446C92">
        <w:rPr>
          <w:lang w:val="ru-RU"/>
        </w:rPr>
        <w:t>• законность дальнейшей обработки полученных персональных данных.</w:t>
      </w:r>
    </w:p>
    <w:p w14:paraId="0848D4E9" w14:textId="05F0FE70" w:rsidR="00CB10D7" w:rsidRPr="00B36A6D" w:rsidRDefault="006A062D">
      <w:pPr>
        <w:rPr>
          <w:lang w:val="ru-RU"/>
        </w:rPr>
      </w:pPr>
      <w:r w:rsidRPr="00B36A6D">
        <w:rPr>
          <w:lang w:val="ru-RU"/>
        </w:rPr>
        <w:t>9.4. Подробные обязанности Работодателей и их представителей установлены документом «</w:t>
      </w:r>
      <w:hyperlink r:id="rId12">
        <w:r w:rsidRPr="00B36A6D">
          <w:rPr>
            <w:color w:val="7C3AED"/>
            <w:u w:val="single"/>
            <w:lang w:val="ru-RU"/>
          </w:rPr>
          <w:t>Правила использования платформы работодателями и их представителями</w:t>
        </w:r>
      </w:hyperlink>
      <w:r w:rsidRPr="00B36A6D">
        <w:rPr>
          <w:lang w:val="ru-RU"/>
        </w:rPr>
        <w:t>» и заключёнными с ними договорами.</w:t>
      </w:r>
    </w:p>
    <w:p w14:paraId="6D1CA63D" w14:textId="77777777" w:rsidR="00CB10D7" w:rsidRPr="00446C92" w:rsidRDefault="006A062D">
      <w:pPr>
        <w:keepLines/>
        <w:rPr>
          <w:lang w:val="ru-RU"/>
        </w:rPr>
      </w:pPr>
      <w:r w:rsidRPr="00446C92">
        <w:rPr>
          <w:lang w:val="ru-RU"/>
        </w:rPr>
        <w:t>9.5. ООО «Хэдс» предоставляет техническую возможность взаимодействия Пользователей и Работодателей, но не является стороной заключаемых между ними трудовых, гражданско-правовых и иных договоров и не отвечает за исполнение ими своих обязательств.</w:t>
      </w:r>
    </w:p>
    <w:p w14:paraId="7F2269D1" w14:textId="77777777" w:rsidR="00CB10D7" w:rsidRPr="00446C92" w:rsidRDefault="006A062D">
      <w:pPr>
        <w:keepLines/>
        <w:rPr>
          <w:lang w:val="ru-RU"/>
        </w:rPr>
      </w:pPr>
      <w:r w:rsidRPr="00446C92">
        <w:rPr>
          <w:lang w:val="ru-RU"/>
        </w:rPr>
        <w:t>9.6. Платформа не гарантирует трудоустройство, получение сообщений или приглашений, заключение договора, определённое количество просмотров, а также точность автоматических рекомендаций и совпадений.</w:t>
      </w:r>
    </w:p>
    <w:p w14:paraId="66427A46" w14:textId="77777777" w:rsidR="00CB10D7" w:rsidRPr="00446C92" w:rsidRDefault="006A062D">
      <w:pPr>
        <w:keepLines/>
        <w:rPr>
          <w:lang w:val="ru-RU"/>
        </w:rPr>
      </w:pPr>
      <w:r w:rsidRPr="00446C92">
        <w:rPr>
          <w:lang w:val="ru-RU"/>
        </w:rPr>
        <w:t>9.7. ООО «Хэдс» принимает разумные меры для обеспечения работоспособности и безопасности Платформы, но не гарантирует её непрерывную и безошибочную работу. Доступ может временно ограничиваться в связи с техническими работами, обновлениями, устранением угроз безопасности или обстоятельствами, не зависящими от ООО «Хэдс».</w:t>
      </w:r>
    </w:p>
    <w:p w14:paraId="1F59B94E" w14:textId="77777777" w:rsidR="00CB10D7" w:rsidRPr="00446C92" w:rsidRDefault="006A062D">
      <w:pPr>
        <w:keepLines/>
        <w:rPr>
          <w:lang w:val="ru-RU"/>
        </w:rPr>
      </w:pPr>
      <w:r w:rsidRPr="00446C92">
        <w:rPr>
          <w:lang w:val="ru-RU"/>
        </w:rPr>
        <w:t>9.8. ООО «Хэдс» не отвечает за доступность, содержание и действия владельцев внешних ресурсов, если иное не предусмотрено законодательством.</w:t>
      </w:r>
    </w:p>
    <w:p w14:paraId="5026B210" w14:textId="77777777" w:rsidR="00CB10D7" w:rsidRPr="00446C92" w:rsidRDefault="006A062D">
      <w:pPr>
        <w:keepLines/>
        <w:rPr>
          <w:lang w:val="ru-RU"/>
        </w:rPr>
      </w:pPr>
      <w:r w:rsidRPr="00446C92">
        <w:rPr>
          <w:lang w:val="ru-RU"/>
        </w:rPr>
        <w:t>9.9. ООО «Хэдс» несёт ответственность за собственные действия и неисполнение своих обязанностей в пределах, установленных законодательством. Соглашение не исключает и не ограничивает ответственность, которая не может быть исключена или ограничена законом, включая ответственность за нарушение требований к обработке и защите персональных данных.</w:t>
      </w:r>
    </w:p>
    <w:p w14:paraId="7789E9A6" w14:textId="77777777" w:rsidR="00CB10D7" w:rsidRPr="00446C92" w:rsidRDefault="006A062D">
      <w:pPr>
        <w:keepLines/>
        <w:rPr>
          <w:lang w:val="ru-RU"/>
        </w:rPr>
      </w:pPr>
      <w:r w:rsidRPr="00446C92">
        <w:rPr>
          <w:lang w:val="ru-RU"/>
        </w:rPr>
        <w:t>9.10. Стороны освобождаются от ответственности за неисполнение обязательств вследствие чрезвычайных и непредотвратимых обстоятельств, если соответствующая сторона не могла разумно предотвратить их последствия.</w:t>
      </w:r>
    </w:p>
    <w:p w14:paraId="00D57D58" w14:textId="77777777" w:rsidR="00CB10D7" w:rsidRPr="00446C92" w:rsidRDefault="006A062D">
      <w:pPr>
        <w:keepLines/>
        <w:rPr>
          <w:lang w:val="ru-RU"/>
        </w:rPr>
      </w:pPr>
      <w:r w:rsidRPr="006A062D">
        <w:rPr>
          <w:lang w:val="ru-RU"/>
        </w:rPr>
        <w:lastRenderedPageBreak/>
        <w:t xml:space="preserve">9.11. Пользователь вправе направить обращение, жалобу или претензию через службу поддержки либо по адресу электронной почты: </w:t>
      </w:r>
      <w:r w:rsidRPr="006A062D">
        <w:rPr>
          <w:shd w:val="clear" w:color="auto" w:fill="FFF2CC"/>
          <w:lang w:val="ru-RU"/>
        </w:rPr>
        <w:t>[указать адрес]</w:t>
      </w:r>
      <w:r w:rsidRPr="006A062D">
        <w:rPr>
          <w:lang w:val="ru-RU"/>
        </w:rPr>
        <w:t>. Обращение рассматривается в предусмотренный законом срок, а если специальный срок не установлен — в течение 30 календарных дней.</w:t>
      </w:r>
    </w:p>
    <w:p w14:paraId="19364BFF" w14:textId="77777777" w:rsidR="00CB10D7" w:rsidRPr="00446C92" w:rsidRDefault="006A062D">
      <w:pPr>
        <w:keepLines/>
        <w:rPr>
          <w:lang w:val="ru-RU"/>
        </w:rPr>
      </w:pPr>
      <w:r w:rsidRPr="00446C92">
        <w:rPr>
          <w:lang w:val="ru-RU"/>
        </w:rPr>
        <w:t>9.12. Стороны стремятся урегулировать разногласия путём переговоров и обмена обращениями. Направление претензии не является обязательным условием обращения Пользователя в суд, если иное прямо не предусмотрено законодательством.</w:t>
      </w:r>
    </w:p>
    <w:p w14:paraId="530E43DD" w14:textId="77777777" w:rsidR="00CB10D7" w:rsidRPr="00446C92" w:rsidRDefault="006A062D">
      <w:pPr>
        <w:keepLines/>
        <w:rPr>
          <w:lang w:val="ru-RU"/>
        </w:rPr>
      </w:pPr>
      <w:r w:rsidRPr="00446C92">
        <w:rPr>
          <w:lang w:val="ru-RU"/>
        </w:rPr>
        <w:t>9.13. К отношениям сторон применяется законодательство Российской Федерации. Неурегулированные споры рассматриваются судом в соответствии с установленными законом правилами подсудности. Соглашение не ограничивает право Пользователя выбирать подсудность в случаях, когда такое право предоставлено ему законом.</w:t>
      </w:r>
    </w:p>
    <w:p w14:paraId="654E4C8A" w14:textId="77777777" w:rsidR="00CB10D7" w:rsidRPr="00446C92" w:rsidRDefault="006A062D">
      <w:pPr>
        <w:pStyle w:val="1"/>
        <w:jc w:val="left"/>
        <w:rPr>
          <w:lang w:val="ru-RU"/>
        </w:rPr>
      </w:pPr>
      <w:r w:rsidRPr="00446C92">
        <w:rPr>
          <w:rFonts w:ascii="Arial" w:eastAsia="Times New Roman" w:hAnsi="Arial"/>
          <w:b w:val="0"/>
          <w:lang w:val="ru-RU"/>
        </w:rPr>
        <w:t>10. Действие Соглашения и заключительные положения</w:t>
      </w:r>
    </w:p>
    <w:p w14:paraId="07DB24CD" w14:textId="77777777" w:rsidR="00CB10D7" w:rsidRPr="00446C92" w:rsidRDefault="006A062D">
      <w:pPr>
        <w:keepLines/>
        <w:rPr>
          <w:lang w:val="ru-RU"/>
        </w:rPr>
      </w:pPr>
      <w:r w:rsidRPr="00446C92">
        <w:rPr>
          <w:lang w:val="ru-RU"/>
        </w:rPr>
        <w:t>10.1. Соглашение вступает в силу для Пользователя с момента завершения регистрации и действует до удаления Аккаунта или прекращения работы Платформы.</w:t>
      </w:r>
    </w:p>
    <w:p w14:paraId="7D1F77B4" w14:textId="7F3F0470" w:rsidR="00CB10D7" w:rsidRPr="00446C92" w:rsidRDefault="006A062D">
      <w:pPr>
        <w:keepLines/>
        <w:rPr>
          <w:lang w:val="ru-RU"/>
        </w:rPr>
      </w:pPr>
      <w:r w:rsidRPr="006A062D">
        <w:rPr>
          <w:lang w:val="ru-RU"/>
        </w:rPr>
        <w:t xml:space="preserve">10.2. </w:t>
      </w:r>
      <w:hyperlink r:id="rId13">
        <w:r w:rsidR="00CB10D7" w:rsidRPr="006A062D">
          <w:rPr>
            <w:rFonts w:eastAsia="Arial" w:cs="Arial"/>
            <w:color w:val="7C3AED"/>
            <w:szCs w:val="21"/>
            <w:u w:val="single"/>
            <w:lang w:val="ru-RU"/>
          </w:rPr>
          <w:t>Политика конфиденциальности и обработки персональных данных</w:t>
        </w:r>
      </w:hyperlink>
      <w:r w:rsidRPr="006A062D">
        <w:rPr>
          <w:lang w:val="ru-RU"/>
        </w:rPr>
        <w:t xml:space="preserve">, </w:t>
      </w:r>
      <w:hyperlink r:id="rId14">
        <w:r w:rsidR="00CB10D7" w:rsidRPr="006A062D">
          <w:rPr>
            <w:rFonts w:eastAsia="Arial" w:cs="Arial"/>
            <w:color w:val="7C3AED"/>
            <w:szCs w:val="21"/>
            <w:u w:val="single"/>
            <w:lang w:val="ru-RU"/>
          </w:rPr>
          <w:t>Услови</w:t>
        </w:r>
        <w:r w:rsidR="00CB10D7" w:rsidRPr="006A062D">
          <w:rPr>
            <w:rFonts w:eastAsia="Arial" w:cs="Arial"/>
            <w:color w:val="7C3AED"/>
            <w:szCs w:val="21"/>
            <w:u w:val="single"/>
            <w:lang w:val="ru-RU"/>
          </w:rPr>
          <w:t>я</w:t>
        </w:r>
        <w:r w:rsidR="00CB10D7" w:rsidRPr="006A062D">
          <w:rPr>
            <w:rFonts w:eastAsia="Arial" w:cs="Arial"/>
            <w:color w:val="7C3AED"/>
            <w:szCs w:val="21"/>
            <w:u w:val="single"/>
            <w:lang w:val="ru-RU"/>
          </w:rPr>
          <w:t xml:space="preserve"> рассылки</w:t>
        </w:r>
      </w:hyperlink>
      <w:r w:rsidRPr="006A062D">
        <w:rPr>
          <w:lang w:val="ru-RU"/>
        </w:rPr>
        <w:t xml:space="preserve"> и иные документы, на которые имеются ссылки в Соглашении или интерфейсе Платформы, применяются к соответствующим отношениям в предусмотренных ими случаях.</w:t>
      </w:r>
    </w:p>
    <w:p w14:paraId="3B402D2D" w14:textId="77777777" w:rsidR="00CB10D7" w:rsidRPr="00446C92" w:rsidRDefault="006A062D">
      <w:pPr>
        <w:keepLines/>
        <w:rPr>
          <w:lang w:val="ru-RU"/>
        </w:rPr>
      </w:pPr>
      <w:r w:rsidRPr="00446C92">
        <w:rPr>
          <w:lang w:val="ru-RU"/>
        </w:rPr>
        <w:t>10.3. ООО «Хэдс» вправе изменять Соглашение в связи с развитием Платформы, изменением законодательства, требований безопасности или порядка предоставления функций.</w:t>
      </w:r>
    </w:p>
    <w:p w14:paraId="2811E9B2" w14:textId="77777777" w:rsidR="00CB10D7" w:rsidRPr="00446C92" w:rsidRDefault="006A062D">
      <w:pPr>
        <w:keepLines/>
        <w:rPr>
          <w:lang w:val="ru-RU"/>
        </w:rPr>
      </w:pPr>
      <w:r w:rsidRPr="00446C92">
        <w:rPr>
          <w:lang w:val="ru-RU"/>
        </w:rPr>
        <w:t>10.4. Новая редакция публикуется на Платформе с указанием даты вступления в силу. О существенных изменениях ООО «Хэдс» уведомляет Пользователя через Платформу или по адресу электронной почты, связанному с Аккаунтом.</w:t>
      </w:r>
    </w:p>
    <w:p w14:paraId="523F1D0B" w14:textId="77777777" w:rsidR="00CB10D7" w:rsidRPr="00446C92" w:rsidRDefault="006A062D">
      <w:pPr>
        <w:keepLines/>
        <w:rPr>
          <w:lang w:val="ru-RU"/>
        </w:rPr>
      </w:pPr>
      <w:r w:rsidRPr="00446C92">
        <w:rPr>
          <w:lang w:val="ru-RU"/>
        </w:rPr>
        <w:t>10.5. Если характер изменений или законодательство требуют повторного принятия Соглашения, ООО «Хэдс» запрашивает его отдельно. В остальных случаях продолжение использования Платформы после вступления изменений в силу означает принятие новой редакции. Пользователь, не согласный с изменениями, вправе прекратить использование Платформы и удалить Аккаунт.</w:t>
      </w:r>
    </w:p>
    <w:p w14:paraId="5A49FE7E" w14:textId="77777777" w:rsidR="00CB10D7" w:rsidRPr="00446C92" w:rsidRDefault="006A062D">
      <w:pPr>
        <w:keepLines/>
        <w:rPr>
          <w:lang w:val="ru-RU"/>
        </w:rPr>
      </w:pPr>
      <w:r w:rsidRPr="00446C92">
        <w:rPr>
          <w:lang w:val="ru-RU"/>
        </w:rPr>
        <w:t>10.6. Изменения не применяются к отношениям, возникшим до их вступления в силу, если иное прямо не предусмотрено законодательством.</w:t>
      </w:r>
    </w:p>
    <w:p w14:paraId="63B51D42" w14:textId="77777777" w:rsidR="00CB10D7" w:rsidRPr="00446C92" w:rsidRDefault="006A062D">
      <w:pPr>
        <w:keepLines/>
        <w:rPr>
          <w:lang w:val="ru-RU"/>
        </w:rPr>
      </w:pPr>
      <w:r w:rsidRPr="00446C92">
        <w:rPr>
          <w:lang w:val="ru-RU"/>
        </w:rPr>
        <w:t>10.7. ООО «Хэдс» вправе прекратить работу Платформы полностью или частично. При плановом прекращении работы Пользователям по возможности направляется предварительное уведомление и предоставляется разумный срок для сохранения доступных им материалов.</w:t>
      </w:r>
    </w:p>
    <w:p w14:paraId="363065FD" w14:textId="77777777" w:rsidR="00CB10D7" w:rsidRPr="00446C92" w:rsidRDefault="006A062D">
      <w:pPr>
        <w:keepLines/>
        <w:rPr>
          <w:lang w:val="ru-RU"/>
        </w:rPr>
      </w:pPr>
      <w:r w:rsidRPr="00446C92">
        <w:rPr>
          <w:lang w:val="ru-RU"/>
        </w:rPr>
        <w:t>10.8. Предварительное уведомление может не направляться, если прекращение или ограничение работы связано с требованиями законодательства, угрозой безопасности, обстоятельствами непреодолимой силы либо иной причиной, требующей немедленных действий.</w:t>
      </w:r>
    </w:p>
    <w:p w14:paraId="79C55BCB" w14:textId="77777777" w:rsidR="00CB10D7" w:rsidRPr="00446C92" w:rsidRDefault="006A062D">
      <w:pPr>
        <w:keepLines/>
        <w:rPr>
          <w:lang w:val="ru-RU"/>
        </w:rPr>
      </w:pPr>
      <w:r w:rsidRPr="00446C92">
        <w:rPr>
          <w:lang w:val="ru-RU"/>
        </w:rPr>
        <w:t>10.9. Юридически значимые и информационные сообщения могут направляться Пользователю через Платформу или по адресу электронной почты, связанному с Аккаунтом.</w:t>
      </w:r>
    </w:p>
    <w:p w14:paraId="235F867D" w14:textId="77777777" w:rsidR="00CB10D7" w:rsidRPr="00446C92" w:rsidRDefault="006A062D">
      <w:pPr>
        <w:keepLines/>
        <w:rPr>
          <w:lang w:val="ru-RU"/>
        </w:rPr>
      </w:pPr>
      <w:r w:rsidRPr="00446C92">
        <w:rPr>
          <w:lang w:val="ru-RU"/>
        </w:rPr>
        <w:t>10.10. Недействительность или невозможность применения отдельного положения Соглашения не влияет на действительность остальных положений.</w:t>
      </w:r>
    </w:p>
    <w:p w14:paraId="22B73A1C" w14:textId="77777777" w:rsidR="00CB10D7" w:rsidRPr="00446C92" w:rsidRDefault="006A062D">
      <w:pPr>
        <w:keepLines/>
        <w:rPr>
          <w:lang w:val="ru-RU"/>
        </w:rPr>
      </w:pPr>
      <w:r w:rsidRPr="00446C92">
        <w:rPr>
          <w:lang w:val="ru-RU"/>
        </w:rPr>
        <w:t>10.11. ООО «Хэдс» вправе передать права и обязанности по Соглашению своему правопреемнику при условии сохранения прав Пользователя и его уведомления о такой передаче.</w:t>
      </w:r>
    </w:p>
    <w:p w14:paraId="6A3D0FB3" w14:textId="77777777" w:rsidR="00CB10D7" w:rsidRPr="00446C92" w:rsidRDefault="006A062D">
      <w:pPr>
        <w:keepLines/>
        <w:rPr>
          <w:lang w:val="ru-RU"/>
        </w:rPr>
      </w:pPr>
      <w:r w:rsidRPr="00446C92">
        <w:rPr>
          <w:lang w:val="ru-RU"/>
        </w:rPr>
        <w:t>10.12. Соглашение составлено на русском языке. При наличии перевода на другой язык русскоязычная редакция имеет преимущественную силу, если иное не предусмотрено законодательством.</w:t>
      </w:r>
    </w:p>
    <w:p w14:paraId="43902377" w14:textId="77777777" w:rsidR="00CB10D7" w:rsidRPr="00446C92" w:rsidRDefault="006A062D">
      <w:pPr>
        <w:keepLines/>
        <w:rPr>
          <w:lang w:val="ru-RU"/>
        </w:rPr>
      </w:pPr>
      <w:r w:rsidRPr="006A062D">
        <w:rPr>
          <w:lang w:val="ru-RU"/>
        </w:rPr>
        <w:t xml:space="preserve">10.13. Актуальная редакция Соглашения размещается по адресу: </w:t>
      </w:r>
      <w:r w:rsidRPr="006A062D">
        <w:rPr>
          <w:shd w:val="clear" w:color="auto" w:fill="FFF2CC"/>
          <w:lang w:val="ru-RU"/>
        </w:rPr>
        <w:t>[указать ссылку]</w:t>
      </w:r>
      <w:r w:rsidRPr="006A062D">
        <w:rPr>
          <w:lang w:val="ru-RU"/>
        </w:rPr>
        <w:t>.</w:t>
      </w:r>
    </w:p>
    <w:p w14:paraId="0BAD531E" w14:textId="77777777" w:rsidR="00CB10D7" w:rsidRPr="00446C92" w:rsidRDefault="006A062D">
      <w:pPr>
        <w:keepLines/>
        <w:ind w:firstLine="0"/>
        <w:rPr>
          <w:lang w:val="ru-RU"/>
        </w:rPr>
      </w:pPr>
      <w:r w:rsidRPr="006A062D">
        <w:rPr>
          <w:lang w:val="ru-RU"/>
        </w:rPr>
        <w:t xml:space="preserve">Дата публикации: </w:t>
      </w:r>
      <w:r w:rsidRPr="006A062D">
        <w:rPr>
          <w:shd w:val="clear" w:color="auto" w:fill="FFF2CC"/>
          <w:lang w:val="ru-RU"/>
        </w:rPr>
        <w:t>[указать]</w:t>
      </w:r>
      <w:r w:rsidRPr="006A062D">
        <w:rPr>
          <w:lang w:val="ru-RU"/>
        </w:rPr>
        <w:t>.</w:t>
      </w:r>
    </w:p>
    <w:p w14:paraId="135A52EF" w14:textId="77777777" w:rsidR="00CB10D7" w:rsidRPr="00446C92" w:rsidRDefault="006A062D">
      <w:pPr>
        <w:keepLines/>
        <w:ind w:firstLine="0"/>
        <w:rPr>
          <w:lang w:val="ru-RU"/>
        </w:rPr>
      </w:pPr>
      <w:r w:rsidRPr="006A062D">
        <w:rPr>
          <w:lang w:val="ru-RU"/>
        </w:rPr>
        <w:t xml:space="preserve">Дата вступления в силу: </w:t>
      </w:r>
      <w:r w:rsidRPr="006A062D">
        <w:rPr>
          <w:shd w:val="clear" w:color="auto" w:fill="FFF2CC"/>
          <w:lang w:val="ru-RU"/>
        </w:rPr>
        <w:t>[указать]</w:t>
      </w:r>
      <w:r w:rsidRPr="006A062D">
        <w:rPr>
          <w:lang w:val="ru-RU"/>
        </w:rPr>
        <w:t>.</w:t>
      </w:r>
    </w:p>
    <w:p w14:paraId="0B2C54AC" w14:textId="77777777" w:rsidR="00CB10D7" w:rsidRPr="00446C92" w:rsidRDefault="006A062D">
      <w:pPr>
        <w:rPr>
          <w:lang w:val="ru-RU"/>
        </w:rPr>
      </w:pPr>
      <w:r w:rsidRPr="00446C92">
        <w:rPr>
          <w:lang w:val="ru-RU"/>
        </w:rPr>
        <w:t>Владелец Платформы</w:t>
      </w:r>
    </w:p>
    <w:p w14:paraId="3EB906A7" w14:textId="77777777" w:rsidR="00CB10D7" w:rsidRPr="00446C92" w:rsidRDefault="006A062D">
      <w:pPr>
        <w:keepLines/>
        <w:rPr>
          <w:lang w:val="ru-RU"/>
        </w:rPr>
      </w:pPr>
      <w:r w:rsidRPr="00446C92">
        <w:rPr>
          <w:lang w:val="ru-RU"/>
        </w:rPr>
        <w:lastRenderedPageBreak/>
        <w:t>Общество с ограниченной ответственностью «Хэдс»</w:t>
      </w:r>
    </w:p>
    <w:p w14:paraId="5B410909" w14:textId="77777777" w:rsidR="00CB10D7" w:rsidRPr="00446C92" w:rsidRDefault="006A062D">
      <w:pPr>
        <w:keepLines/>
        <w:ind w:firstLine="0"/>
        <w:rPr>
          <w:lang w:val="ru-RU"/>
        </w:rPr>
      </w:pPr>
      <w:r w:rsidRPr="00446C92">
        <w:rPr>
          <w:lang w:val="ru-RU"/>
        </w:rPr>
        <w:t>Сокращённое наименование: ООО «Хэдс»</w:t>
      </w:r>
    </w:p>
    <w:p w14:paraId="69048C56" w14:textId="77777777" w:rsidR="00CB10D7" w:rsidRPr="00446C92" w:rsidRDefault="006A062D">
      <w:pPr>
        <w:keepLines/>
        <w:ind w:firstLine="0"/>
        <w:rPr>
          <w:lang w:val="ru-RU"/>
        </w:rPr>
      </w:pPr>
      <w:r w:rsidRPr="006A062D">
        <w:rPr>
          <w:lang w:val="ru-RU"/>
        </w:rPr>
        <w:t xml:space="preserve">ОГРН: </w:t>
      </w:r>
      <w:r w:rsidRPr="006A062D">
        <w:rPr>
          <w:shd w:val="clear" w:color="auto" w:fill="FFF2CC"/>
          <w:lang w:val="ru-RU"/>
        </w:rPr>
        <w:t>[заполнить после регистрации]</w:t>
      </w:r>
    </w:p>
    <w:p w14:paraId="6E88B8EC" w14:textId="77777777" w:rsidR="00CB10D7" w:rsidRPr="00446C92" w:rsidRDefault="006A062D">
      <w:pPr>
        <w:keepLines/>
        <w:ind w:firstLine="0"/>
        <w:rPr>
          <w:lang w:val="ru-RU"/>
        </w:rPr>
      </w:pPr>
      <w:r w:rsidRPr="006A062D">
        <w:rPr>
          <w:lang w:val="ru-RU"/>
        </w:rPr>
        <w:t xml:space="preserve">ИНН: </w:t>
      </w:r>
      <w:r w:rsidRPr="006A062D">
        <w:rPr>
          <w:shd w:val="clear" w:color="auto" w:fill="FFF2CC"/>
          <w:lang w:val="ru-RU"/>
        </w:rPr>
        <w:t>[заполнить после регистрации]</w:t>
      </w:r>
    </w:p>
    <w:p w14:paraId="0E2B3557" w14:textId="77777777" w:rsidR="00CB10D7" w:rsidRPr="00446C92" w:rsidRDefault="006A062D">
      <w:pPr>
        <w:keepLines/>
        <w:ind w:firstLine="0"/>
        <w:rPr>
          <w:lang w:val="ru-RU"/>
        </w:rPr>
      </w:pPr>
      <w:r w:rsidRPr="006A062D">
        <w:rPr>
          <w:lang w:val="ru-RU"/>
        </w:rPr>
        <w:t xml:space="preserve">КПП: </w:t>
      </w:r>
      <w:r w:rsidRPr="006A062D">
        <w:rPr>
          <w:shd w:val="clear" w:color="auto" w:fill="FFF2CC"/>
          <w:lang w:val="ru-RU"/>
        </w:rPr>
        <w:t>[заполнить после регистрации]</w:t>
      </w:r>
    </w:p>
    <w:p w14:paraId="2AAA0AF8" w14:textId="77777777" w:rsidR="00CB10D7" w:rsidRPr="00446C92" w:rsidRDefault="006A062D">
      <w:pPr>
        <w:keepLines/>
        <w:ind w:firstLine="0"/>
        <w:rPr>
          <w:lang w:val="ru-RU"/>
        </w:rPr>
      </w:pPr>
      <w:r w:rsidRPr="006A062D">
        <w:rPr>
          <w:lang w:val="ru-RU"/>
        </w:rPr>
        <w:t xml:space="preserve">Адрес: </w:t>
      </w:r>
      <w:r w:rsidRPr="006A062D">
        <w:rPr>
          <w:shd w:val="clear" w:color="auto" w:fill="FFF2CC"/>
          <w:lang w:val="ru-RU"/>
        </w:rPr>
        <w:t>[заполнить после регистрации]</w:t>
      </w:r>
    </w:p>
    <w:p w14:paraId="5873A70E" w14:textId="77777777" w:rsidR="00CB10D7" w:rsidRPr="00446C92" w:rsidRDefault="006A062D">
      <w:pPr>
        <w:keepLines/>
        <w:ind w:firstLine="0"/>
        <w:rPr>
          <w:lang w:val="ru-RU"/>
        </w:rPr>
      </w:pPr>
      <w:r w:rsidRPr="006A062D">
        <w:rPr>
          <w:lang w:val="ru-RU"/>
        </w:rPr>
        <w:t xml:space="preserve">Адрес Платформы: </w:t>
      </w:r>
      <w:r w:rsidRPr="006A062D">
        <w:rPr>
          <w:shd w:val="clear" w:color="auto" w:fill="FFF2CC"/>
          <w:lang w:val="ru-RU"/>
        </w:rPr>
        <w:t>[указать]</w:t>
      </w:r>
    </w:p>
    <w:p w14:paraId="67DCB18E" w14:textId="77777777" w:rsidR="00CB10D7" w:rsidRPr="00446C92" w:rsidRDefault="006A062D">
      <w:pPr>
        <w:keepLines/>
        <w:ind w:firstLine="0"/>
        <w:rPr>
          <w:lang w:val="ru-RU"/>
        </w:rPr>
      </w:pPr>
      <w:r w:rsidRPr="006A062D">
        <w:rPr>
          <w:lang w:val="ru-RU"/>
        </w:rPr>
        <w:t xml:space="preserve">Электронная почта службы поддержки: </w:t>
      </w:r>
      <w:r w:rsidRPr="006A062D">
        <w:rPr>
          <w:shd w:val="clear" w:color="auto" w:fill="FFF2CC"/>
          <w:lang w:val="ru-RU"/>
        </w:rPr>
        <w:t>[указать]</w:t>
      </w:r>
    </w:p>
    <w:p w14:paraId="18947CE4" w14:textId="77777777" w:rsidR="00CB10D7" w:rsidRPr="00446C92" w:rsidRDefault="006A062D">
      <w:pPr>
        <w:keepLines/>
        <w:ind w:firstLine="0"/>
        <w:rPr>
          <w:lang w:val="ru-RU"/>
        </w:rPr>
      </w:pPr>
      <w:r w:rsidRPr="006A062D">
        <w:rPr>
          <w:lang w:val="ru-RU"/>
        </w:rPr>
        <w:t xml:space="preserve">Электронная почта для обращений по вопросам персональных данных: </w:t>
      </w:r>
      <w:r w:rsidRPr="006A062D">
        <w:rPr>
          <w:shd w:val="clear" w:color="auto" w:fill="FFF2CC"/>
          <w:lang w:val="ru-RU"/>
        </w:rPr>
        <w:t>[указать]</w:t>
      </w:r>
    </w:p>
    <w:sectPr w:rsidR="00CB10D7" w:rsidRPr="00446C92" w:rsidSect="00034616">
      <w:headerReference w:type="default" r:id="rId15"/>
      <w:footerReference w:type="default" r:id="rId16"/>
      <w:pgSz w:w="11906" w:h="16838"/>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EE51D" w14:textId="77777777" w:rsidR="00766804" w:rsidRDefault="00766804">
      <w:pPr>
        <w:spacing w:after="0" w:line="240" w:lineRule="auto"/>
      </w:pPr>
      <w:r>
        <w:separator/>
      </w:r>
    </w:p>
  </w:endnote>
  <w:endnote w:type="continuationSeparator" w:id="0">
    <w:p w14:paraId="77E27F59" w14:textId="77777777" w:rsidR="00766804" w:rsidRDefault="00766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D313E" w14:textId="3289E13D" w:rsidR="00CB10D7" w:rsidRDefault="00CB10D7">
    <w:pPr>
      <w:jc w:val="center"/>
    </w:pPr>
    <w:r>
      <w:rPr>
        <w:color w:val="969696"/>
        <w:sz w:val="16"/>
      </w:rPr>
      <w:t xml:space="preserve">Страница </w:t>
    </w:r>
    <w:r>
      <w:fldChar w:fldCharType="begin"/>
    </w:r>
    <w:r>
      <w:instrText>PAGE</w:instrText>
    </w:r>
    <w:r>
      <w:fldChar w:fldCharType="separate"/>
    </w:r>
    <w:r w:rsidR="00B36A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1D45E" w14:textId="77777777" w:rsidR="00766804" w:rsidRDefault="00766804">
      <w:pPr>
        <w:spacing w:after="0" w:line="240" w:lineRule="auto"/>
      </w:pPr>
      <w:r>
        <w:separator/>
      </w:r>
    </w:p>
  </w:footnote>
  <w:footnote w:type="continuationSeparator" w:id="0">
    <w:p w14:paraId="12068423" w14:textId="77777777" w:rsidR="00766804" w:rsidRDefault="00766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426BA" w14:textId="5C78D1EA" w:rsidR="00CB10D7" w:rsidRPr="009C501C" w:rsidRDefault="006A062D">
    <w:pPr>
      <w:pStyle w:val="a5"/>
      <w:jc w:val="right"/>
      <w:rPr>
        <w:lang w:val="ru-RU"/>
      </w:rPr>
    </w:pPr>
    <w:r>
      <w:rPr>
        <w:color w:val="969696"/>
        <w:sz w:val="16"/>
      </w:rPr>
      <w:t>Соглашение об использовании платформы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03779442">
    <w:abstractNumId w:val="8"/>
  </w:num>
  <w:num w:numId="2" w16cid:durableId="236943890">
    <w:abstractNumId w:val="6"/>
  </w:num>
  <w:num w:numId="3" w16cid:durableId="1542087399">
    <w:abstractNumId w:val="5"/>
  </w:num>
  <w:num w:numId="4" w16cid:durableId="1129788635">
    <w:abstractNumId w:val="4"/>
  </w:num>
  <w:num w:numId="5" w16cid:durableId="2072001222">
    <w:abstractNumId w:val="7"/>
  </w:num>
  <w:num w:numId="6" w16cid:durableId="1785464883">
    <w:abstractNumId w:val="3"/>
  </w:num>
  <w:num w:numId="7" w16cid:durableId="501970155">
    <w:abstractNumId w:val="2"/>
  </w:num>
  <w:num w:numId="8" w16cid:durableId="877741805">
    <w:abstractNumId w:val="1"/>
  </w:num>
  <w:num w:numId="9" w16cid:durableId="1695763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3DED"/>
    <w:rsid w:val="00446C92"/>
    <w:rsid w:val="004E6F21"/>
    <w:rsid w:val="006A062D"/>
    <w:rsid w:val="00766804"/>
    <w:rsid w:val="009C501C"/>
    <w:rsid w:val="00AA071F"/>
    <w:rsid w:val="00AA1D8D"/>
    <w:rsid w:val="00B332F5"/>
    <w:rsid w:val="00B36A6D"/>
    <w:rsid w:val="00B47730"/>
    <w:rsid w:val="00CB0664"/>
    <w:rsid w:val="00CB10D7"/>
    <w:rsid w:val="00D97116"/>
    <w:rsid w:val="00E42A8F"/>
    <w:rsid w:val="00E732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B6304"/>
  <w14:defaultImageDpi w14:val="300"/>
  <w15:docId w15:val="{54DE7F3E-C6E8-8248-A18C-5D4923240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2" w:lineRule="auto"/>
      <w:ind w:firstLine="504"/>
      <w:jc w:val="both"/>
    </w:pPr>
    <w:rPr>
      <w:rFonts w:ascii="Arial" w:eastAsia="Times New Roman" w:hAnsi="Arial"/>
      <w:color w:val="000000"/>
      <w:sz w:val="21"/>
    </w:rPr>
  </w:style>
  <w:style w:type="paragraph" w:styleId="1">
    <w:name w:val="heading 1"/>
    <w:basedOn w:val="a1"/>
    <w:next w:val="a1"/>
    <w:link w:val="10"/>
    <w:uiPriority w:val="9"/>
    <w:qFormat/>
    <w:rsid w:val="00FC693F"/>
    <w:pPr>
      <w:keepNext/>
      <w:keepLines/>
      <w:spacing w:before="240"/>
      <w:outlineLvl w:val="0"/>
    </w:pPr>
    <w:rPr>
      <w:rFonts w:asciiTheme="majorHAnsi" w:eastAsiaTheme="majorEastAsia" w:hAnsiTheme="majorHAnsi" w:cstheme="majorBidi"/>
      <w:b/>
      <w:bCs/>
      <w:color w:val="1C1C1C"/>
      <w:sz w:val="25"/>
      <w:szCs w:val="28"/>
    </w:rPr>
  </w:style>
  <w:style w:type="paragraph" w:styleId="21">
    <w:name w:val="heading 2"/>
    <w:basedOn w:val="a1"/>
    <w:next w:val="a1"/>
    <w:link w:val="22"/>
    <w:uiPriority w:val="9"/>
    <w:unhideWhenUsed/>
    <w:qFormat/>
    <w:rsid w:val="00FC693F"/>
    <w:pPr>
      <w:keepNext/>
      <w:keepLines/>
      <w:spacing w:before="220" w:after="100"/>
      <w:outlineLvl w:val="1"/>
    </w:pPr>
    <w:rPr>
      <w:rFonts w:asciiTheme="majorHAnsi" w:eastAsiaTheme="majorEastAsia" w:hAnsiTheme="majorHAnsi" w:cstheme="majorBidi"/>
      <w:b/>
      <w:bCs/>
      <w:color w:val="1C1C1C"/>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160" w:line="240" w:lineRule="auto"/>
      <w:contextualSpacing/>
      <w:jc w:val="center"/>
    </w:pPr>
    <w:rPr>
      <w:rFonts w:asciiTheme="majorHAnsi" w:eastAsiaTheme="majorEastAsia" w:hAnsiTheme="majorHAnsi" w:cstheme="majorBidi"/>
      <w:b/>
      <w:color w:val="1C1C1C"/>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504"/>
    </w:pPr>
    <w:rPr>
      <w:rFonts w:asciiTheme="majorHAnsi" w:eastAsiaTheme="majorEastAsia" w:hAnsiTheme="majorHAnsi" w:cstheme="majorBidi"/>
      <w:i/>
      <w:iCs/>
      <w:color w:val="1C1C1C"/>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a1"/>
    <w:pPr>
      <w:spacing w:after="40" w:line="259" w:lineRule="auto"/>
      <w:ind w:left="518" w:hanging="2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1055;&#1086;&#1083;&#1080;&#1090;&#1080;&#1082;&#1072;%20&#1082;&#1086;&#1085;&#1092;&#1080;&#1076;&#1077;&#1085;&#1094;&#1080;&#1072;&#1083;&#1100;&#1085;&#1086;&#1089;&#1090;&#1080;%20&#1080;%20&#1086;&#1073;&#1088;&#1072;&#1073;&#1086;&#1090;&#1082;&#1080;%20&#1087;&#1077;&#1088;&#1089;&#1086;&#1085;&#1072;&#1083;&#1100;&#1085;&#1099;&#1093;%20&#1076;&#1072;&#1085;&#1085;&#1099;&#1093;%20&#8212;%20&#1080;&#1090;&#1086;&#1075;&#1086;&#1074;&#1072;&#1103;%20&#1088;&#1077;&#1076;&#1072;&#1082;&#1094;&#1080;&#1103;.docx" TargetMode="External"/><Relationship Id="rId13" Type="http://schemas.openxmlformats.org/officeDocument/2006/relationships/hyperlink" Target="&#1055;&#1086;&#1083;&#1080;&#1090;&#1080;&#1082;&#1072;%20&#1082;&#1086;&#1085;&#1092;&#1080;&#1076;&#1077;&#1085;&#1094;&#1080;&#1072;&#1083;&#1100;&#1085;&#1086;&#1089;&#1090;&#1080;%20&#1080;%20&#1086;&#1073;&#1088;&#1072;&#1073;&#1086;&#1090;&#1082;&#1080;%20&#1087;&#1077;&#1088;&#1089;&#1086;&#1085;&#1072;&#1083;&#1100;&#1085;&#1099;&#1093;%20&#1076;&#1072;&#1085;&#1085;&#1099;&#1093;%20&#8212;%20&#1080;&#1090;&#1086;&#1075;&#1086;&#1074;&#1072;&#1103;%20&#1088;&#1077;&#1076;&#1072;&#1082;&#1094;&#1080;&#1103;.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1055;&#1088;&#1072;&#1074;&#1080;&#1083;&#1072;%20&#1080;&#1089;&#1087;&#1086;&#1083;&#1100;&#1079;&#1086;&#1074;&#1072;&#1085;&#1080;&#1103;%20&#1087;&#1083;&#1072;&#1090;&#1092;&#1086;&#1088;&#1084;&#1099;%20&#1088;&#1072;&#1073;&#1086;&#1090;&#1086;&#1076;&#1072;&#1090;&#1077;&#1083;&#1103;&#1084;&#1080;%20&#1080;%20&#1080;&#1093;%20&#1087;&#1088;&#1077;&#1076;&#1089;&#1090;&#1072;&#1074;&#1080;&#1090;&#1077;&#1083;&#1103;&#1084;&#1080;%20&#8212;%20&#1080;&#1090;&#1086;&#1075;&#1086;&#1074;&#1072;&#1103;%20&#1088;&#1077;&#1076;&#1072;&#1082;&#1094;&#1080;&#1103;.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1059;&#1089;&#1083;&#1086;&#1074;&#1080;&#1103;%20&#1088;&#1072;&#1089;&#1089;&#1099;&#1083;&#1082;&#1080;.doc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1055;&#1086;&#1083;&#1080;&#1090;&#1080;&#1082;&#1072;%20&#1082;&#1086;&#1085;&#1092;&#1080;&#1076;&#1077;&#1085;&#1094;&#1080;&#1072;&#1083;&#1100;&#1085;&#1086;&#1089;&#1090;&#1080;%20&#1080;%20&#1086;&#1073;&#1088;&#1072;&#1073;&#1086;&#1090;&#1082;&#1080;%20&#1087;&#1077;&#1088;&#1089;&#1086;&#1085;&#1072;&#1083;&#1100;&#1085;&#1099;&#1093;%20&#1076;&#1072;&#1085;&#1085;&#1099;&#1093;%20&#8212;%20&#1080;&#1090;&#1086;&#1075;&#1086;&#1074;&#1072;&#1103;%20&#1088;&#1077;&#1076;&#1072;&#1082;&#1094;&#1080;&#1103;.docx" TargetMode="External"/><Relationship Id="rId4" Type="http://schemas.openxmlformats.org/officeDocument/2006/relationships/settings" Target="settings.xml"/><Relationship Id="rId9" Type="http://schemas.openxmlformats.org/officeDocument/2006/relationships/hyperlink" Target="&#1055;&#1086;&#1083;&#1080;&#1090;&#1080;&#1082;&#1072;%20&#1082;&#1086;&#1085;&#1092;&#1080;&#1076;&#1077;&#1085;&#1094;&#1080;&#1072;&#1083;&#1100;&#1085;&#1086;&#1089;&#1090;&#1080;%20&#1080;%20&#1086;&#1073;&#1088;&#1072;&#1073;&#1086;&#1090;&#1082;&#1080;%20&#1087;&#1077;&#1088;&#1089;&#1086;&#1085;&#1072;&#1083;&#1100;&#1085;&#1099;&#1093;%20&#1076;&#1072;&#1085;&#1085;&#1099;&#1093;%20&#8212;%20&#1080;&#1090;&#1086;&#1075;&#1086;&#1074;&#1072;&#1103;%20&#1088;&#1077;&#1076;&#1072;&#1082;&#1094;&#1080;&#1103;.docx" TargetMode="External"/><Relationship Id="rId14" Type="http://schemas.openxmlformats.org/officeDocument/2006/relationships/hyperlink" Target="&#1059;&#1089;&#1083;&#1086;&#1074;&#1080;&#1103;%20&#1088;&#1072;&#1089;&#1089;&#1099;&#1083;&#1082;&#108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3972</Words>
  <Characters>22645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об использовании платформы</dc:title>
  <dc:subject>Условия использования платформы для пользователей</dc:subject>
  <dc:creator>ООО «Хэдс»</dc:creator>
  <cp:keywords>хэдс, пользовательское соглашение, платформа</cp:keywords>
  <dc:description>generated by python-docx</dc:description>
  <cp:lastModifiedBy>7194</cp:lastModifiedBy>
  <cp:revision>5</cp:revision>
  <dcterms:created xsi:type="dcterms:W3CDTF">2026-10-08T23:13:00Z</dcterms:created>
  <dcterms:modified xsi:type="dcterms:W3CDTF">2026-10-09T07:52:00Z</dcterms:modified>
  <cp:category/>
</cp:coreProperties>
</file>